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F1B66" w14:textId="6350E932" w:rsidR="00D97673" w:rsidRPr="00D52847" w:rsidRDefault="45B75016" w:rsidP="00B81445">
      <w:pPr>
        <w:ind w:left="284" w:right="-1"/>
        <w:rPr>
          <w:i/>
          <w:iCs/>
          <w:lang w:val="et-EE"/>
        </w:rPr>
      </w:pPr>
      <w:r w:rsidRPr="00D52847">
        <w:rPr>
          <w:i/>
          <w:iCs/>
          <w:lang w:val="et-EE"/>
        </w:rPr>
        <w:t>Pöördumisvorm</w:t>
      </w:r>
      <w:r w:rsidR="001A353C" w:rsidRPr="00D52847">
        <w:rPr>
          <w:i/>
          <w:iCs/>
          <w:lang w:val="et-EE"/>
        </w:rPr>
        <w:t xml:space="preserve"> on mõeldud võrdse kohtlemise</w:t>
      </w:r>
      <w:r w:rsidR="44FD9A85" w:rsidRPr="00D52847">
        <w:rPr>
          <w:i/>
          <w:iCs/>
          <w:lang w:val="et-EE"/>
        </w:rPr>
        <w:t>ga seotud juhtumi</w:t>
      </w:r>
      <w:r w:rsidR="001A353C" w:rsidRPr="00D52847">
        <w:rPr>
          <w:i/>
          <w:iCs/>
          <w:lang w:val="et-EE"/>
        </w:rPr>
        <w:t xml:space="preserve"> asjaolude </w:t>
      </w:r>
      <w:r w:rsidR="46FF6161" w:rsidRPr="00D52847">
        <w:rPr>
          <w:i/>
          <w:iCs/>
          <w:lang w:val="et-EE"/>
        </w:rPr>
        <w:t>kirjeldamiseks</w:t>
      </w:r>
      <w:r w:rsidR="4235CAA2" w:rsidRPr="00D52847">
        <w:rPr>
          <w:i/>
          <w:iCs/>
          <w:lang w:val="et-EE"/>
        </w:rPr>
        <w:t xml:space="preserve"> ülikooli võrdse kohtlemise volinikule</w:t>
      </w:r>
      <w:r w:rsidR="001A353C" w:rsidRPr="00D52847">
        <w:rPr>
          <w:i/>
          <w:iCs/>
          <w:lang w:val="et-EE"/>
        </w:rPr>
        <w:t>.</w:t>
      </w:r>
      <w:r w:rsidR="00485D29" w:rsidRPr="00D52847">
        <w:rPr>
          <w:i/>
          <w:iCs/>
          <w:lang w:val="et-EE"/>
        </w:rPr>
        <w:t xml:space="preserve"> </w:t>
      </w:r>
      <w:r w:rsidR="00485D29" w:rsidRPr="00D52847">
        <w:rPr>
          <w:lang w:val="et-EE"/>
        </w:rPr>
        <w:br/>
      </w:r>
      <w:r w:rsidR="001A353C" w:rsidRPr="00D52847">
        <w:rPr>
          <w:i/>
          <w:iCs/>
          <w:lang w:val="et-EE"/>
        </w:rPr>
        <w:t xml:space="preserve">Pöördumine ei </w:t>
      </w:r>
      <w:r w:rsidR="00B81445" w:rsidRPr="00D52847">
        <w:rPr>
          <w:i/>
          <w:iCs/>
          <w:lang w:val="et-EE"/>
        </w:rPr>
        <w:t xml:space="preserve">tähenda veel </w:t>
      </w:r>
      <w:r w:rsidR="001A353C" w:rsidRPr="00D52847">
        <w:rPr>
          <w:i/>
          <w:iCs/>
          <w:lang w:val="et-EE"/>
        </w:rPr>
        <w:t>ametlik</w:t>
      </w:r>
      <w:r w:rsidR="6FFF8F2E" w:rsidRPr="00D52847">
        <w:rPr>
          <w:i/>
          <w:iCs/>
          <w:lang w:val="et-EE"/>
        </w:rPr>
        <w:t>k</w:t>
      </w:r>
      <w:r w:rsidR="001A353C" w:rsidRPr="00D52847">
        <w:rPr>
          <w:i/>
          <w:iCs/>
          <w:lang w:val="et-EE"/>
        </w:rPr>
        <w:t>u kaebus</w:t>
      </w:r>
      <w:r w:rsidR="00B81445" w:rsidRPr="00D52847">
        <w:rPr>
          <w:i/>
          <w:iCs/>
          <w:lang w:val="et-EE"/>
        </w:rPr>
        <w:t>t</w:t>
      </w:r>
      <w:r w:rsidR="001A353C" w:rsidRPr="00D52847">
        <w:rPr>
          <w:i/>
          <w:iCs/>
          <w:lang w:val="et-EE"/>
        </w:rPr>
        <w:t xml:space="preserve">. Esitatud teabe põhjal hinnatakse koos pöördujaga juhtumi lahendamise võimalusi </w:t>
      </w:r>
      <w:r w:rsidR="127DBB54" w:rsidRPr="00D52847">
        <w:rPr>
          <w:i/>
          <w:iCs/>
          <w:lang w:val="et-EE"/>
        </w:rPr>
        <w:t>ja</w:t>
      </w:r>
      <w:r w:rsidR="001A353C" w:rsidRPr="00D52847">
        <w:rPr>
          <w:i/>
          <w:iCs/>
          <w:lang w:val="et-EE"/>
        </w:rPr>
        <w:t xml:space="preserve"> vajaduse korral </w:t>
      </w:r>
      <w:r w:rsidR="34E4B210" w:rsidRPr="00D52847">
        <w:rPr>
          <w:i/>
          <w:iCs/>
          <w:lang w:val="et-EE"/>
        </w:rPr>
        <w:t>algatatakse</w:t>
      </w:r>
      <w:r w:rsidR="001A353C" w:rsidRPr="00D52847">
        <w:rPr>
          <w:i/>
          <w:iCs/>
          <w:lang w:val="et-EE"/>
        </w:rPr>
        <w:t xml:space="preserve"> ametliku kaebuse menetl</w:t>
      </w:r>
      <w:r w:rsidR="4EB95B68" w:rsidRPr="00D52847">
        <w:rPr>
          <w:i/>
          <w:iCs/>
          <w:lang w:val="et-EE"/>
        </w:rPr>
        <w:t>us.</w:t>
      </w:r>
      <w:r w:rsidR="001A353C" w:rsidRPr="00D52847">
        <w:rPr>
          <w:i/>
          <w:iCs/>
          <w:lang w:val="et-EE"/>
        </w:rPr>
        <w:t xml:space="preserve"> </w:t>
      </w:r>
      <w:r w:rsidR="00485D29" w:rsidRPr="00D52847">
        <w:rPr>
          <w:lang w:val="et-EE"/>
        </w:rPr>
        <w:br/>
      </w:r>
      <w:r w:rsidR="001A353C" w:rsidRPr="00D52847">
        <w:rPr>
          <w:i/>
          <w:iCs/>
          <w:lang w:val="et-EE"/>
        </w:rPr>
        <w:t xml:space="preserve">Palun kirjelda juhtunut võimalikult täpselt </w:t>
      </w:r>
      <w:r w:rsidR="4BC5B93E" w:rsidRPr="00D52847">
        <w:rPr>
          <w:i/>
          <w:iCs/>
          <w:lang w:val="et-EE"/>
        </w:rPr>
        <w:t>ja</w:t>
      </w:r>
      <w:r w:rsidR="001A353C" w:rsidRPr="00D52847">
        <w:rPr>
          <w:i/>
          <w:iCs/>
          <w:lang w:val="et-EE"/>
        </w:rPr>
        <w:t xml:space="preserve"> </w:t>
      </w:r>
      <w:r w:rsidR="00531F69" w:rsidRPr="00D52847">
        <w:rPr>
          <w:i/>
          <w:iCs/>
          <w:lang w:val="et-EE"/>
        </w:rPr>
        <w:t>lisa</w:t>
      </w:r>
      <w:r w:rsidR="001A353C" w:rsidRPr="00D52847">
        <w:rPr>
          <w:i/>
          <w:iCs/>
          <w:lang w:val="et-EE"/>
        </w:rPr>
        <w:t xml:space="preserve"> olemasolevad tõendid või muu asjakohane teave.</w:t>
      </w:r>
    </w:p>
    <w:p w14:paraId="4EECD991" w14:textId="31E491A6" w:rsidR="00BC76FD" w:rsidRPr="00D52847" w:rsidRDefault="00992F66" w:rsidP="00F00662">
      <w:pPr>
        <w:pStyle w:val="Pealkiri2"/>
        <w:rPr>
          <w:rStyle w:val="Pealkiri2Mrk"/>
          <w:b/>
          <w:bCs/>
        </w:rPr>
      </w:pPr>
      <w:r w:rsidRPr="00D52847">
        <w:rPr>
          <w:rStyle w:val="Pealkiri2Mrk"/>
          <w:b/>
          <w:bCs/>
        </w:rPr>
        <w:t>ÜLDINFO</w:t>
      </w:r>
    </w:p>
    <w:p w14:paraId="596768B5" w14:textId="77777777" w:rsidR="00FB2017" w:rsidRPr="00487832" w:rsidRDefault="00D97673" w:rsidP="00487832">
      <w:pPr>
        <w:pStyle w:val="Loendilik"/>
        <w:numPr>
          <w:ilvl w:val="1"/>
          <w:numId w:val="14"/>
        </w:numPr>
        <w:spacing w:before="0" w:after="0" w:line="276" w:lineRule="auto"/>
        <w:ind w:left="426" w:hanging="426"/>
        <w:rPr>
          <w:lang w:val="et-EE"/>
        </w:rPr>
      </w:pPr>
      <w:r w:rsidRPr="00487832">
        <w:rPr>
          <w:lang w:val="et-EE"/>
        </w:rPr>
        <w:t>Täitmise k</w:t>
      </w:r>
      <w:r w:rsidR="005F160D" w:rsidRPr="00487832">
        <w:rPr>
          <w:lang w:val="et-EE"/>
        </w:rPr>
        <w:t>uupäev:</w:t>
      </w:r>
      <w:r w:rsidR="00575AA4" w:rsidRPr="00487832">
        <w:rPr>
          <w:lang w:val="et-EE"/>
        </w:rPr>
        <w:t xml:space="preserve"> </w:t>
      </w:r>
      <w:sdt>
        <w:sdtPr>
          <w:rPr>
            <w:lang w:val="et-EE"/>
          </w:rPr>
          <w:id w:val="1044021543"/>
          <w:placeholder>
            <w:docPart w:val="61FB4427BB474E30830F14F247D30176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213476213"/>
              <w:placeholder>
                <w:docPart w:val="83752C31CC574842B04AA311E4867AB1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487832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53B99A5E" w14:textId="77777777" w:rsidR="00FB2017" w:rsidRPr="00487832" w:rsidRDefault="005F160D" w:rsidP="00487832">
      <w:pPr>
        <w:pStyle w:val="Loendilik"/>
        <w:numPr>
          <w:ilvl w:val="1"/>
          <w:numId w:val="14"/>
        </w:numPr>
        <w:spacing w:before="0" w:after="0" w:line="276" w:lineRule="auto"/>
        <w:ind w:left="426" w:hanging="426"/>
        <w:rPr>
          <w:lang w:val="et-EE"/>
        </w:rPr>
      </w:pPr>
      <w:r w:rsidRPr="00487832">
        <w:rPr>
          <w:lang w:val="et-EE"/>
        </w:rPr>
        <w:t>Nimi</w:t>
      </w:r>
      <w:r w:rsidR="003D45F0" w:rsidRPr="00487832">
        <w:rPr>
          <w:lang w:val="et-EE"/>
        </w:rPr>
        <w:t xml:space="preserve">: </w:t>
      </w:r>
      <w:sdt>
        <w:sdtPr>
          <w:rPr>
            <w:lang w:val="et-EE"/>
          </w:rPr>
          <w:id w:val="-468437328"/>
          <w:placeholder>
            <w:docPart w:val="964DD95E6E4C4597B5474952C26EFABB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1362861476"/>
              <w:placeholder>
                <w:docPart w:val="9459DEA5B4F24B288037D99429D1C5CA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487832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2FCD229A" w14:textId="77777777" w:rsidR="00FB2017" w:rsidRDefault="258284CD" w:rsidP="00487832">
      <w:pPr>
        <w:pStyle w:val="Loendilik"/>
        <w:numPr>
          <w:ilvl w:val="1"/>
          <w:numId w:val="14"/>
        </w:numPr>
        <w:spacing w:before="0" w:after="0" w:line="276" w:lineRule="auto"/>
        <w:ind w:left="426" w:hanging="426"/>
        <w:rPr>
          <w:lang w:val="et-EE"/>
        </w:rPr>
      </w:pPr>
      <w:r w:rsidRPr="00FB2017">
        <w:rPr>
          <w:lang w:val="et-EE"/>
        </w:rPr>
        <w:t>A</w:t>
      </w:r>
      <w:r w:rsidR="00B6008E" w:rsidRPr="00FB2017">
        <w:rPr>
          <w:lang w:val="et-EE"/>
        </w:rPr>
        <w:t>met</w:t>
      </w:r>
      <w:r w:rsidR="00596AEB" w:rsidRPr="00FB2017">
        <w:rPr>
          <w:lang w:val="et-EE"/>
        </w:rPr>
        <w:t xml:space="preserve"> </w:t>
      </w:r>
      <w:r w:rsidR="2B2B25D8" w:rsidRPr="00FB2017">
        <w:rPr>
          <w:lang w:val="et-EE"/>
        </w:rPr>
        <w:t>või</w:t>
      </w:r>
      <w:r w:rsidR="00596AEB" w:rsidRPr="00FB2017">
        <w:rPr>
          <w:lang w:val="et-EE"/>
        </w:rPr>
        <w:t xml:space="preserve"> </w:t>
      </w:r>
      <w:r w:rsidR="2618440C" w:rsidRPr="00FB2017">
        <w:rPr>
          <w:lang w:val="et-EE"/>
        </w:rPr>
        <w:t>muu</w:t>
      </w:r>
      <w:r w:rsidR="00596AEB" w:rsidRPr="00FB2017">
        <w:rPr>
          <w:lang w:val="et-EE"/>
        </w:rPr>
        <w:t xml:space="preserve"> seos Tartu Ülikooliga</w:t>
      </w:r>
      <w:r w:rsidR="003D45F0" w:rsidRPr="00FB2017">
        <w:rPr>
          <w:lang w:val="et-EE"/>
        </w:rPr>
        <w:t xml:space="preserve">: </w:t>
      </w:r>
      <w:sdt>
        <w:sdtPr>
          <w:rPr>
            <w:lang w:val="et-EE"/>
          </w:rPr>
          <w:id w:val="-1852091749"/>
          <w:placeholder>
            <w:docPart w:val="CF5290A9C2944013A0594758A2779040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1303125025"/>
              <w:placeholder>
                <w:docPart w:val="B2A1B7BA3B784195A42FA0BB926D1A4F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FB201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0F0C679B" w14:textId="4D8CDB7D" w:rsidR="002A464D" w:rsidRDefault="005F160D" w:rsidP="00487832">
      <w:pPr>
        <w:pStyle w:val="Loendilik"/>
        <w:numPr>
          <w:ilvl w:val="1"/>
          <w:numId w:val="14"/>
        </w:numPr>
        <w:spacing w:before="0" w:after="0" w:line="276" w:lineRule="auto"/>
        <w:ind w:left="426" w:hanging="426"/>
        <w:rPr>
          <w:lang w:val="et-EE"/>
        </w:rPr>
      </w:pPr>
      <w:r w:rsidRPr="00FB2017">
        <w:rPr>
          <w:lang w:val="et-EE"/>
        </w:rPr>
        <w:t>Tugiisik (kui on):</w:t>
      </w:r>
      <w:r w:rsidR="003D45F0" w:rsidRPr="00FB2017">
        <w:rPr>
          <w:lang w:val="et-EE"/>
        </w:rPr>
        <w:t xml:space="preserve"> </w:t>
      </w:r>
      <w:sdt>
        <w:sdtPr>
          <w:rPr>
            <w:lang w:val="et-EE"/>
          </w:rPr>
          <w:id w:val="315310099"/>
          <w:placeholder>
            <w:docPart w:val="E81E1EBA7A014094A21FEB4DFAC1602A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1528674695"/>
              <w:placeholder>
                <w:docPart w:val="E7775335609A4FBA92047322229B18D0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FB201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3ED4E847" w14:textId="77777777" w:rsidR="00E4525E" w:rsidRPr="00FB2017" w:rsidRDefault="00E4525E" w:rsidP="00E4525E">
      <w:pPr>
        <w:pStyle w:val="Loendilik"/>
        <w:spacing w:before="0" w:after="0" w:line="276" w:lineRule="auto"/>
        <w:ind w:left="426"/>
        <w:rPr>
          <w:lang w:val="et-EE"/>
        </w:rPr>
      </w:pPr>
    </w:p>
    <w:p w14:paraId="2D187457" w14:textId="15A83880" w:rsidR="00096C7E" w:rsidRPr="00D52847" w:rsidRDefault="00096C7E" w:rsidP="00F00662">
      <w:pPr>
        <w:pStyle w:val="Pealkiri2"/>
        <w:rPr>
          <w:rStyle w:val="Pealkiri2Mrk"/>
          <w:b/>
          <w:bCs/>
        </w:rPr>
      </w:pPr>
      <w:r w:rsidRPr="00D52847">
        <w:rPr>
          <w:rStyle w:val="Pealkiri2Mrk"/>
          <w:b/>
          <w:bCs/>
        </w:rPr>
        <w:t>JUHTUMI KIRJELDUS</w:t>
      </w:r>
    </w:p>
    <w:p w14:paraId="61FA5382" w14:textId="5043CE63" w:rsidR="00096C7E" w:rsidRDefault="00096C7E" w:rsidP="001B4100">
      <w:pPr>
        <w:spacing w:before="0" w:after="0"/>
        <w:rPr>
          <w:i/>
          <w:iCs/>
          <w:lang w:val="et-EE"/>
        </w:rPr>
      </w:pPr>
      <w:r w:rsidRPr="001B4100">
        <w:rPr>
          <w:i/>
          <w:iCs/>
          <w:lang w:val="et-EE"/>
        </w:rPr>
        <w:t>Kirjelda võimalikult täpselt, mis juhtus</w:t>
      </w:r>
      <w:r w:rsidR="44B29B58" w:rsidRPr="001B4100">
        <w:rPr>
          <w:i/>
          <w:iCs/>
          <w:lang w:val="et-EE"/>
        </w:rPr>
        <w:t>.</w:t>
      </w:r>
    </w:p>
    <w:p w14:paraId="27CC1F53" w14:textId="77777777" w:rsidR="001B4100" w:rsidRPr="001B4100" w:rsidRDefault="001B4100" w:rsidP="001B4100">
      <w:pPr>
        <w:spacing w:before="0" w:after="0"/>
        <w:rPr>
          <w:i/>
          <w:iCs/>
          <w:lang w:val="et-EE"/>
        </w:rPr>
      </w:pPr>
    </w:p>
    <w:p w14:paraId="2E1353E4" w14:textId="6ABCCA84" w:rsidR="000E4919" w:rsidRPr="00487832" w:rsidRDefault="000E4919" w:rsidP="00487832">
      <w:pPr>
        <w:pStyle w:val="Loendilik"/>
        <w:numPr>
          <w:ilvl w:val="1"/>
          <w:numId w:val="15"/>
        </w:numPr>
        <w:spacing w:before="0" w:after="0" w:line="276" w:lineRule="auto"/>
        <w:ind w:left="426" w:hanging="426"/>
        <w:rPr>
          <w:lang w:val="et-EE"/>
        </w:rPr>
      </w:pPr>
      <w:r w:rsidRPr="00487832">
        <w:rPr>
          <w:lang w:val="et-EE"/>
        </w:rPr>
        <w:t>Mis juhtus</w:t>
      </w:r>
      <w:r w:rsidR="56B27AEF" w:rsidRPr="00487832">
        <w:rPr>
          <w:lang w:val="et-EE"/>
        </w:rPr>
        <w:t>?</w:t>
      </w:r>
    </w:p>
    <w:p w14:paraId="312FAE1D" w14:textId="77777777" w:rsidR="000D1CED" w:rsidRDefault="00CD50E8" w:rsidP="00487832">
      <w:pPr>
        <w:spacing w:before="0" w:after="0" w:line="276" w:lineRule="auto"/>
        <w:ind w:left="426"/>
        <w:rPr>
          <w:i/>
          <w:iCs/>
          <w:szCs w:val="24"/>
          <w:lang w:val="et-EE"/>
        </w:rPr>
      </w:pPr>
      <w:sdt>
        <w:sdtPr>
          <w:rPr>
            <w:i/>
            <w:lang w:val="et-EE"/>
          </w:rPr>
          <w:id w:val="2124341154"/>
          <w:placeholder>
            <w:docPart w:val="6777D59C292B49CEA5A099C924437CB3"/>
          </w:placeholder>
        </w:sdtPr>
        <w:sdtEndPr/>
        <w:sdtContent>
          <w:sdt>
            <w:sdtPr>
              <w:rPr>
                <w:lang w:val="et-EE"/>
              </w:rPr>
              <w:id w:val="1481034857"/>
              <w:placeholder>
                <w:docPart w:val="A1061052CD7F43B1B995E1CB6745E4E2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1299195150"/>
                  <w:placeholder>
                    <w:docPart w:val="16C4A23ADD6D446AACD8BA07259BE8D6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D5284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0681AFD9" w14:textId="39CCB9D8" w:rsidR="000E4919" w:rsidRPr="00CF4916" w:rsidRDefault="00DF00A3" w:rsidP="00487832">
      <w:pPr>
        <w:pStyle w:val="Loendilik"/>
        <w:numPr>
          <w:ilvl w:val="1"/>
          <w:numId w:val="7"/>
        </w:numPr>
        <w:spacing w:before="0" w:after="0" w:line="276" w:lineRule="auto"/>
        <w:ind w:left="426" w:hanging="426"/>
        <w:rPr>
          <w:i/>
          <w:iCs/>
          <w:szCs w:val="24"/>
          <w:lang w:val="et-EE"/>
        </w:rPr>
      </w:pPr>
      <w:r w:rsidRPr="00CF4916">
        <w:rPr>
          <w:lang w:val="et-EE"/>
        </w:rPr>
        <w:t>Millal juhtus</w:t>
      </w:r>
      <w:r w:rsidR="11B4F3CA" w:rsidRPr="00CF4916">
        <w:rPr>
          <w:lang w:val="et-EE"/>
        </w:rPr>
        <w:t>?</w:t>
      </w:r>
    </w:p>
    <w:p w14:paraId="0B83B743" w14:textId="77777777" w:rsidR="000D1CED" w:rsidRDefault="00CD50E8" w:rsidP="00487832">
      <w:pPr>
        <w:spacing w:before="0" w:after="0" w:line="276" w:lineRule="auto"/>
        <w:ind w:left="426"/>
        <w:rPr>
          <w:i/>
          <w:iCs/>
          <w:szCs w:val="24"/>
          <w:lang w:val="et-EE"/>
        </w:rPr>
      </w:pPr>
      <w:sdt>
        <w:sdtPr>
          <w:rPr>
            <w:i/>
            <w:lang w:val="et-EE"/>
          </w:rPr>
          <w:id w:val="2010717221"/>
          <w:placeholder>
            <w:docPart w:val="3CD30ED907B4465DB6A2141F3E72701A"/>
          </w:placeholder>
        </w:sdtPr>
        <w:sdtEndPr/>
        <w:sdtContent>
          <w:sdt>
            <w:sdtPr>
              <w:rPr>
                <w:lang w:val="et-EE"/>
              </w:rPr>
              <w:id w:val="-698550049"/>
              <w:placeholder>
                <w:docPart w:val="A3AA73C8F0F94CAF93E72E0480C323CB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-426347600"/>
                  <w:placeholder>
                    <w:docPart w:val="8BABEC1298D248C492B447408AB170F3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D5284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3C2FDEEF" w14:textId="714552BB" w:rsidR="007B2A02" w:rsidRPr="00CF4916" w:rsidRDefault="007B2A02" w:rsidP="00487832">
      <w:pPr>
        <w:pStyle w:val="Loendilik"/>
        <w:numPr>
          <w:ilvl w:val="1"/>
          <w:numId w:val="7"/>
        </w:numPr>
        <w:spacing w:before="0" w:after="0" w:line="276" w:lineRule="auto"/>
        <w:ind w:left="426" w:hanging="426"/>
        <w:rPr>
          <w:i/>
          <w:iCs/>
          <w:szCs w:val="24"/>
          <w:lang w:val="et-EE"/>
        </w:rPr>
      </w:pPr>
      <w:r w:rsidRPr="00CF4916">
        <w:rPr>
          <w:lang w:val="et-EE"/>
        </w:rPr>
        <w:t>Juhtumi toimumiskoht</w:t>
      </w:r>
      <w:r w:rsidR="2695EA9A" w:rsidRPr="00CF4916">
        <w:rPr>
          <w:lang w:val="et-EE"/>
        </w:rPr>
        <w:t xml:space="preserve"> või </w:t>
      </w:r>
      <w:r w:rsidRPr="00CF4916">
        <w:rPr>
          <w:lang w:val="et-EE"/>
        </w:rPr>
        <w:t xml:space="preserve">kontekst (ülikooliga seotud </w:t>
      </w:r>
      <w:r w:rsidR="66487B06" w:rsidRPr="00CF4916">
        <w:rPr>
          <w:lang w:val="et-EE"/>
        </w:rPr>
        <w:t>üritus</w:t>
      </w:r>
      <w:r w:rsidRPr="00CF4916">
        <w:rPr>
          <w:lang w:val="et-EE"/>
        </w:rPr>
        <w:t>, ruum, tegevus):</w:t>
      </w:r>
    </w:p>
    <w:p w14:paraId="24A1B781" w14:textId="77777777" w:rsidR="00CF4916" w:rsidRDefault="00CD50E8" w:rsidP="00487832">
      <w:pPr>
        <w:spacing w:before="0" w:after="0" w:line="276" w:lineRule="auto"/>
        <w:ind w:left="426"/>
        <w:rPr>
          <w:i/>
          <w:lang w:val="et-EE"/>
        </w:rPr>
      </w:pPr>
      <w:sdt>
        <w:sdtPr>
          <w:rPr>
            <w:i/>
            <w:lang w:val="et-EE"/>
          </w:rPr>
          <w:id w:val="-1056540408"/>
          <w:placeholder>
            <w:docPart w:val="A0B1F9E09A6F4FF6A59F6999559DB513"/>
          </w:placeholder>
        </w:sdtPr>
        <w:sdtEndPr/>
        <w:sdtContent>
          <w:sdt>
            <w:sdtPr>
              <w:rPr>
                <w:lang w:val="et-EE"/>
              </w:rPr>
              <w:id w:val="-432750179"/>
              <w:placeholder>
                <w:docPart w:val="7FE59D2860B34FA8AB3740F0E2DDFF89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-80450552"/>
                  <w:placeholder>
                    <w:docPart w:val="B42E979779A64C5ABDE4BC2D659ED013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D5284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5E121759" w14:textId="77777777" w:rsidR="00487832" w:rsidRPr="00487832" w:rsidRDefault="49B91EB9" w:rsidP="00487832">
      <w:pPr>
        <w:pStyle w:val="Loendilik"/>
        <w:numPr>
          <w:ilvl w:val="1"/>
          <w:numId w:val="7"/>
        </w:numPr>
        <w:spacing w:before="0" w:after="0" w:line="276" w:lineRule="auto"/>
        <w:ind w:left="426" w:hanging="426"/>
        <w:rPr>
          <w:i/>
          <w:lang w:val="et-EE"/>
        </w:rPr>
      </w:pPr>
      <w:r w:rsidRPr="00CF4916">
        <w:rPr>
          <w:lang w:val="et-EE"/>
        </w:rPr>
        <w:t xml:space="preserve">Kas olid enne juhtumit </w:t>
      </w:r>
      <w:r w:rsidR="008B2950" w:rsidRPr="00CF4916">
        <w:rPr>
          <w:lang w:val="et-EE"/>
        </w:rPr>
        <w:t xml:space="preserve">teise osapoolega </w:t>
      </w:r>
      <w:r w:rsidR="33800A1F" w:rsidRPr="00CF4916">
        <w:rPr>
          <w:lang w:val="et-EE"/>
        </w:rPr>
        <w:t>seotud? Kuidas?</w:t>
      </w:r>
    </w:p>
    <w:p w14:paraId="604115C5" w14:textId="08591975" w:rsidR="000E4919" w:rsidRDefault="00CD50E8" w:rsidP="00487832">
      <w:pPr>
        <w:pStyle w:val="Loendilik"/>
        <w:spacing w:before="0" w:after="0" w:line="276" w:lineRule="auto"/>
        <w:ind w:left="426"/>
        <w:rPr>
          <w:b/>
          <w:bCs/>
          <w:caps/>
          <w:spacing w:val="15"/>
          <w:szCs w:val="24"/>
          <w:shd w:val="clear" w:color="auto" w:fill="DBE5F1" w:themeFill="accent1" w:themeFillTint="33"/>
          <w:lang w:val="et-EE"/>
        </w:rPr>
      </w:pPr>
      <w:sdt>
        <w:sdtPr>
          <w:rPr>
            <w:b/>
            <w:bCs/>
            <w:caps/>
            <w:spacing w:val="15"/>
            <w:szCs w:val="24"/>
            <w:shd w:val="clear" w:color="auto" w:fill="DBE5F1" w:themeFill="accent1" w:themeFillTint="33"/>
            <w:lang w:val="et-EE"/>
          </w:rPr>
          <w:id w:val="-610435662"/>
          <w:placeholder>
            <w:docPart w:val="F3C8894D31E34C9DA85659D6DE5C28C4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2062439719"/>
              <w:placeholder>
                <w:docPart w:val="2153651B8D8C4631AAA80D5012098788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CF4916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332AB507" w14:textId="24A362D7" w:rsidR="00050902" w:rsidRDefault="00050902" w:rsidP="001934BC">
      <w:pPr>
        <w:pStyle w:val="Loendilik"/>
        <w:numPr>
          <w:ilvl w:val="1"/>
          <w:numId w:val="7"/>
        </w:numPr>
        <w:spacing w:before="0" w:after="0" w:line="276" w:lineRule="auto"/>
        <w:ind w:left="426"/>
        <w:rPr>
          <w:i/>
          <w:iCs/>
          <w:lang w:val="et-EE"/>
        </w:rPr>
      </w:pPr>
      <w:r w:rsidRPr="00050902">
        <w:rPr>
          <w:lang w:val="et-EE"/>
        </w:rPr>
        <w:t>Kas olete seoses selle olukorraga pöördunud mõne ülikooli tugi- või nõustamisteenuse poole?</w:t>
      </w:r>
      <w:r w:rsidRPr="001934BC">
        <w:rPr>
          <w:lang w:val="et-EE"/>
        </w:rPr>
        <w:t xml:space="preserve"> </w:t>
      </w:r>
      <w:r w:rsidRPr="001934BC">
        <w:rPr>
          <w:i/>
          <w:iCs/>
          <w:lang w:val="et-EE"/>
        </w:rPr>
        <w:t xml:space="preserve">(nt </w:t>
      </w:r>
      <w:hyperlink r:id="rId8" w:history="1">
        <w:r w:rsidRPr="00C51A20">
          <w:rPr>
            <w:rStyle w:val="Hperlink"/>
            <w:i/>
            <w:iCs/>
            <w:lang w:val="et-EE"/>
          </w:rPr>
          <w:t>võrdse kohtlemise tugiisik</w:t>
        </w:r>
      </w:hyperlink>
      <w:r w:rsidRPr="001934BC">
        <w:rPr>
          <w:i/>
          <w:iCs/>
          <w:lang w:val="et-EE"/>
        </w:rPr>
        <w:t xml:space="preserve">, </w:t>
      </w:r>
      <w:hyperlink r:id="rId9" w:history="1">
        <w:r w:rsidRPr="00410F8B">
          <w:rPr>
            <w:rStyle w:val="Hperlink"/>
            <w:i/>
            <w:iCs/>
            <w:lang w:val="et-EE"/>
          </w:rPr>
          <w:t>hea teadustava nõustaja</w:t>
        </w:r>
      </w:hyperlink>
      <w:r w:rsidRPr="001934BC">
        <w:rPr>
          <w:i/>
          <w:iCs/>
          <w:lang w:val="et-EE"/>
        </w:rPr>
        <w:t xml:space="preserve">, töötajate psühholoog-nõustaja, </w:t>
      </w:r>
      <w:hyperlink r:id="rId10" w:history="1">
        <w:r w:rsidRPr="00410F8B">
          <w:rPr>
            <w:rStyle w:val="Hperlink"/>
            <w:i/>
            <w:iCs/>
            <w:lang w:val="et-EE"/>
          </w:rPr>
          <w:t>nõustamiskeskuse</w:t>
        </w:r>
      </w:hyperlink>
      <w:r w:rsidRPr="001934BC">
        <w:rPr>
          <w:i/>
          <w:iCs/>
          <w:lang w:val="et-EE"/>
        </w:rPr>
        <w:t xml:space="preserve"> spetsialist, õppeosakond või muu asjakohane ülikooli tugistruktuur)</w:t>
      </w:r>
    </w:p>
    <w:p w14:paraId="2D38474E" w14:textId="7E933334" w:rsidR="001934BC" w:rsidRPr="00C51A20" w:rsidRDefault="00CD50E8" w:rsidP="001934BC">
      <w:pPr>
        <w:pStyle w:val="Loendilik"/>
        <w:spacing w:before="0" w:after="0" w:line="276" w:lineRule="auto"/>
        <w:ind w:left="426"/>
        <w:rPr>
          <w:b/>
          <w:bCs/>
          <w:i/>
          <w:iCs/>
          <w:lang w:val="et-EE"/>
        </w:rPr>
      </w:pPr>
      <w:sdt>
        <w:sdtPr>
          <w:rPr>
            <w:rFonts w:ascii="Segoe UI Symbol" w:eastAsia="MS Gothic" w:hAnsi="Segoe UI Symbol" w:cs="Segoe UI Symbol"/>
            <w:b/>
            <w:bCs/>
            <w:lang w:val="et-EE"/>
          </w:rPr>
          <w:id w:val="-97050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4BC" w:rsidRPr="00C51A20">
            <w:rPr>
              <w:rFonts w:ascii="Segoe UI Symbol" w:eastAsia="MS Gothic" w:hAnsi="Segoe UI Symbol" w:cs="Segoe UI Symbol"/>
              <w:b/>
              <w:bCs/>
              <w:lang w:val="et-EE"/>
            </w:rPr>
            <w:t>☐</w:t>
          </w:r>
        </w:sdtContent>
      </w:sdt>
      <w:r w:rsidR="001934BC" w:rsidRPr="00C51A20">
        <w:rPr>
          <w:b/>
          <w:bCs/>
          <w:lang w:val="et-EE"/>
        </w:rPr>
        <w:t>Jah</w:t>
      </w:r>
      <w:r w:rsidR="001934BC" w:rsidRPr="00C51A20">
        <w:rPr>
          <w:b/>
          <w:bCs/>
          <w:lang w:val="et-EE"/>
        </w:rPr>
        <w:tab/>
        <w:t xml:space="preserve"> </w:t>
      </w:r>
      <w:sdt>
        <w:sdtPr>
          <w:rPr>
            <w:rFonts w:ascii="Segoe UI Symbol" w:eastAsia="MS Gothic" w:hAnsi="Segoe UI Symbol" w:cs="Segoe UI Symbol"/>
            <w:b/>
            <w:bCs/>
            <w:lang w:val="et-EE"/>
          </w:rPr>
          <w:id w:val="1113870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34BC" w:rsidRPr="00C51A20">
            <w:rPr>
              <w:rFonts w:ascii="Segoe UI Symbol" w:eastAsia="MS Gothic" w:hAnsi="Segoe UI Symbol" w:cs="Segoe UI Symbol"/>
              <w:b/>
              <w:bCs/>
              <w:lang w:val="et-EE"/>
            </w:rPr>
            <w:t>☐</w:t>
          </w:r>
        </w:sdtContent>
      </w:sdt>
      <w:r w:rsidR="001934BC" w:rsidRPr="00C51A20">
        <w:rPr>
          <w:b/>
          <w:bCs/>
          <w:lang w:val="et-EE"/>
        </w:rPr>
        <w:t>Ei</w:t>
      </w:r>
    </w:p>
    <w:p w14:paraId="1B74E3A5" w14:textId="69DA377D" w:rsidR="005D071D" w:rsidRPr="00C51A20" w:rsidRDefault="00E4525E" w:rsidP="005D071D">
      <w:pPr>
        <w:pStyle w:val="Loendilik"/>
        <w:numPr>
          <w:ilvl w:val="1"/>
          <w:numId w:val="7"/>
        </w:numPr>
        <w:spacing w:before="0" w:after="0" w:line="276" w:lineRule="auto"/>
        <w:ind w:left="426"/>
        <w:rPr>
          <w:rStyle w:val="Laad1"/>
          <w:lang w:val="et-EE"/>
        </w:rPr>
      </w:pPr>
      <w:r w:rsidRPr="00C51A20">
        <w:rPr>
          <w:i/>
          <w:iCs/>
          <w:lang w:val="et-EE"/>
        </w:rPr>
        <w:t xml:space="preserve"> </w:t>
      </w:r>
      <w:r w:rsidRPr="00C51A20">
        <w:rPr>
          <w:lang w:val="et-EE"/>
        </w:rPr>
        <w:t xml:space="preserve">Kui jah, siis </w:t>
      </w:r>
      <w:r w:rsidR="001934BC" w:rsidRPr="00C51A20">
        <w:rPr>
          <w:lang w:val="et-EE"/>
        </w:rPr>
        <w:t>palun</w:t>
      </w:r>
      <w:r w:rsidRPr="00C51A20">
        <w:rPr>
          <w:lang w:val="et-EE"/>
        </w:rPr>
        <w:t xml:space="preserve"> täpsustage.</w:t>
      </w:r>
      <w:r w:rsidR="00C51A20" w:rsidRPr="00C51A20">
        <w:rPr>
          <w:lang w:val="et-EE"/>
        </w:rPr>
        <w:t xml:space="preserve"> </w:t>
      </w:r>
      <w:sdt>
        <w:sdtPr>
          <w:rPr>
            <w:rStyle w:val="Laad1"/>
            <w:lang w:val="et-EE"/>
          </w:rPr>
          <w:id w:val="-1229301661"/>
          <w:placeholder>
            <w:docPart w:val="DE2701FB6BE04BE48465FDFD2839EBA2"/>
          </w:placeholder>
          <w15:color w:val="3366FF"/>
        </w:sdtPr>
        <w:sdtEndPr>
          <w:rPr>
            <w:rStyle w:val="Laad1"/>
          </w:rPr>
        </w:sdtEndPr>
        <w:sdtContent>
          <w:r w:rsidR="005D071D" w:rsidRPr="00C51A20">
            <w:rPr>
              <w:rStyle w:val="Laad1"/>
              <w:lang w:val="et-EE"/>
            </w:rPr>
            <w:t>Teksti sisestamiseks klõpsa siin.</w:t>
          </w:r>
        </w:sdtContent>
      </w:sdt>
    </w:p>
    <w:p w14:paraId="2BE80C65" w14:textId="77777777" w:rsidR="00E4525E" w:rsidRPr="0015330F" w:rsidRDefault="00E4525E" w:rsidP="005D071D">
      <w:pPr>
        <w:pStyle w:val="Loendilik"/>
        <w:spacing w:before="0" w:after="0" w:line="276" w:lineRule="auto"/>
        <w:ind w:left="426"/>
        <w:rPr>
          <w:rStyle w:val="Pealkiri2Mrk"/>
          <w:b w:val="0"/>
          <w:bCs w:val="0"/>
          <w:i/>
          <w:caps w:val="0"/>
          <w:spacing w:val="0"/>
          <w:szCs w:val="20"/>
          <w:shd w:val="clear" w:color="auto" w:fill="auto"/>
        </w:rPr>
      </w:pPr>
    </w:p>
    <w:p w14:paraId="7B8D1E24" w14:textId="14739465" w:rsidR="00981C94" w:rsidRPr="00D52847" w:rsidRDefault="00981C94" w:rsidP="00F00662">
      <w:pPr>
        <w:pStyle w:val="Pealkiri2"/>
        <w:rPr>
          <w:rStyle w:val="Pealkiri2Mrk"/>
          <w:b/>
          <w:bCs/>
        </w:rPr>
      </w:pPr>
      <w:r w:rsidRPr="00D52847">
        <w:rPr>
          <w:rStyle w:val="Pealkiri2Mrk"/>
          <w:b/>
          <w:bCs/>
        </w:rPr>
        <w:t>TEAVE TEISE OSAPOOLE KOHTA</w:t>
      </w:r>
    </w:p>
    <w:p w14:paraId="1474DC28" w14:textId="14B098B2" w:rsidR="00511119" w:rsidRDefault="00511119" w:rsidP="007F2492">
      <w:pPr>
        <w:pStyle w:val="Vahedeta"/>
        <w:spacing w:line="276" w:lineRule="auto"/>
        <w:rPr>
          <w:rStyle w:val="Vaevumrgatavrhutus"/>
          <w:iCs w:val="0"/>
          <w:color w:val="auto"/>
          <w:sz w:val="24"/>
          <w:szCs w:val="24"/>
          <w:lang w:val="et-EE"/>
        </w:rPr>
      </w:pPr>
      <w:r w:rsidRPr="001B4100">
        <w:rPr>
          <w:rStyle w:val="Vaevumrgatavrhutus"/>
          <w:iCs w:val="0"/>
          <w:color w:val="auto"/>
          <w:sz w:val="24"/>
          <w:szCs w:val="24"/>
          <w:lang w:val="et-EE"/>
        </w:rPr>
        <w:t>Lisa ainult teadaolev</w:t>
      </w:r>
      <w:r w:rsidR="64F86082" w:rsidRPr="001B4100">
        <w:rPr>
          <w:rStyle w:val="Vaevumrgatavrhutus"/>
          <w:iCs w:val="0"/>
          <w:color w:val="auto"/>
          <w:sz w:val="24"/>
          <w:szCs w:val="24"/>
          <w:lang w:val="et-EE"/>
        </w:rPr>
        <w:t>ad faktid</w:t>
      </w:r>
      <w:r w:rsidRPr="001B4100">
        <w:rPr>
          <w:rStyle w:val="Vaevumrgatavrhutus"/>
          <w:iCs w:val="0"/>
          <w:color w:val="auto"/>
          <w:sz w:val="24"/>
          <w:szCs w:val="24"/>
          <w:lang w:val="et-EE"/>
        </w:rPr>
        <w:t>. Kui info</w:t>
      </w:r>
      <w:r w:rsidR="13127272" w:rsidRPr="001B4100">
        <w:rPr>
          <w:rStyle w:val="Vaevumrgatavrhutus"/>
          <w:iCs w:val="0"/>
          <w:color w:val="auto"/>
          <w:sz w:val="24"/>
          <w:szCs w:val="24"/>
          <w:lang w:val="et-EE"/>
        </w:rPr>
        <w:t>t</w:t>
      </w:r>
      <w:r w:rsidRPr="001B4100">
        <w:rPr>
          <w:rStyle w:val="Vaevumrgatavrhutus"/>
          <w:iCs w:val="0"/>
          <w:color w:val="auto"/>
          <w:sz w:val="24"/>
          <w:szCs w:val="24"/>
          <w:lang w:val="et-EE"/>
        </w:rPr>
        <w:t xml:space="preserve"> ei ole või </w:t>
      </w:r>
      <w:r w:rsidR="694C0563" w:rsidRPr="001B4100">
        <w:rPr>
          <w:rStyle w:val="Vaevumrgatavrhutus"/>
          <w:iCs w:val="0"/>
          <w:color w:val="auto"/>
          <w:sz w:val="24"/>
          <w:szCs w:val="24"/>
          <w:lang w:val="et-EE"/>
        </w:rPr>
        <w:t>S</w:t>
      </w:r>
      <w:r w:rsidRPr="001B4100">
        <w:rPr>
          <w:rStyle w:val="Vaevumrgatavrhutus"/>
          <w:iCs w:val="0"/>
          <w:color w:val="auto"/>
          <w:sz w:val="24"/>
          <w:szCs w:val="24"/>
          <w:lang w:val="et-EE"/>
        </w:rPr>
        <w:t>a ei soovi seda jagada, märgi see ära.</w:t>
      </w:r>
    </w:p>
    <w:p w14:paraId="41DF3D51" w14:textId="77777777" w:rsidR="001B4100" w:rsidRPr="001B4100" w:rsidRDefault="001B4100" w:rsidP="007F2492">
      <w:pPr>
        <w:pStyle w:val="Vahedeta"/>
        <w:spacing w:line="276" w:lineRule="auto"/>
        <w:rPr>
          <w:rStyle w:val="Vaevumrgatavrhutus"/>
          <w:iCs w:val="0"/>
          <w:color w:val="auto"/>
          <w:sz w:val="24"/>
          <w:szCs w:val="24"/>
          <w:lang w:val="et-EE"/>
        </w:rPr>
      </w:pPr>
    </w:p>
    <w:p w14:paraId="5FABB77E" w14:textId="77777777" w:rsidR="005255A1" w:rsidRPr="00D52847" w:rsidRDefault="005255A1" w:rsidP="00CF4916">
      <w:pPr>
        <w:pStyle w:val="Loendilik"/>
        <w:numPr>
          <w:ilvl w:val="0"/>
          <w:numId w:val="8"/>
        </w:numPr>
        <w:spacing w:before="0" w:after="0" w:line="276" w:lineRule="auto"/>
        <w:rPr>
          <w:vanish/>
          <w:szCs w:val="24"/>
          <w:lang w:val="et-EE"/>
        </w:rPr>
      </w:pPr>
    </w:p>
    <w:p w14:paraId="1BB0B04D" w14:textId="77777777" w:rsidR="005255A1" w:rsidRPr="00D52847" w:rsidRDefault="005255A1" w:rsidP="00CF4916">
      <w:pPr>
        <w:pStyle w:val="Loendilik"/>
        <w:numPr>
          <w:ilvl w:val="0"/>
          <w:numId w:val="8"/>
        </w:numPr>
        <w:spacing w:before="0" w:after="0" w:line="276" w:lineRule="auto"/>
        <w:rPr>
          <w:vanish/>
          <w:szCs w:val="24"/>
          <w:lang w:val="et-EE"/>
        </w:rPr>
      </w:pPr>
    </w:p>
    <w:p w14:paraId="0C2000E4" w14:textId="77777777" w:rsidR="005255A1" w:rsidRPr="00D52847" w:rsidRDefault="005255A1" w:rsidP="00CF4916">
      <w:pPr>
        <w:pStyle w:val="Loendilik"/>
        <w:numPr>
          <w:ilvl w:val="0"/>
          <w:numId w:val="8"/>
        </w:numPr>
        <w:spacing w:before="0" w:after="0" w:line="276" w:lineRule="auto"/>
        <w:rPr>
          <w:vanish/>
          <w:szCs w:val="24"/>
          <w:lang w:val="et-EE"/>
        </w:rPr>
      </w:pPr>
    </w:p>
    <w:p w14:paraId="50B770FA" w14:textId="7953E505" w:rsidR="00557ACF" w:rsidRPr="00487832" w:rsidRDefault="00557ACF" w:rsidP="00487832">
      <w:pPr>
        <w:pStyle w:val="Loendilik"/>
        <w:numPr>
          <w:ilvl w:val="1"/>
          <w:numId w:val="16"/>
        </w:numPr>
        <w:spacing w:before="0" w:after="0" w:line="276" w:lineRule="auto"/>
        <w:ind w:left="426" w:hanging="426"/>
        <w:rPr>
          <w:lang w:val="et-EE"/>
        </w:rPr>
      </w:pPr>
      <w:r w:rsidRPr="00487832">
        <w:rPr>
          <w:lang w:val="et-EE"/>
        </w:rPr>
        <w:t>Kas isik(</w:t>
      </w:r>
      <w:proofErr w:type="spellStart"/>
      <w:r w:rsidRPr="00487832">
        <w:rPr>
          <w:lang w:val="et-EE"/>
        </w:rPr>
        <w:t>ud</w:t>
      </w:r>
      <w:proofErr w:type="spellEnd"/>
      <w:r w:rsidRPr="00487832">
        <w:rPr>
          <w:lang w:val="et-EE"/>
        </w:rPr>
        <w:t>) on tead</w:t>
      </w:r>
      <w:r w:rsidR="4D510F8F" w:rsidRPr="00487832">
        <w:rPr>
          <w:lang w:val="et-EE"/>
        </w:rPr>
        <w:t>a</w:t>
      </w:r>
      <w:r w:rsidR="083153CD" w:rsidRPr="00487832">
        <w:rPr>
          <w:lang w:val="et-EE"/>
        </w:rPr>
        <w:t>?</w:t>
      </w:r>
      <w:r w:rsidR="001B4100" w:rsidRPr="00487832">
        <w:rPr>
          <w:lang w:val="et-EE"/>
        </w:rPr>
        <w:tab/>
      </w:r>
      <w:r w:rsidR="001B4100" w:rsidRPr="00487832">
        <w:rPr>
          <w:lang w:val="et-EE"/>
        </w:rPr>
        <w:tab/>
      </w:r>
      <w:r w:rsidRPr="00C51A20">
        <w:rPr>
          <w:b/>
          <w:bCs/>
          <w:lang w:val="et-EE"/>
        </w:rPr>
        <w:t xml:space="preserve"> </w:t>
      </w:r>
      <w:sdt>
        <w:sdtPr>
          <w:rPr>
            <w:rFonts w:ascii="Segoe UI Symbol" w:eastAsia="MS Gothic" w:hAnsi="Segoe UI Symbol" w:cs="Segoe UI Symbol"/>
            <w:b/>
            <w:bCs/>
            <w:lang w:val="et-EE"/>
          </w:rPr>
          <w:id w:val="2022498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51A20">
            <w:rPr>
              <w:rFonts w:ascii="Segoe UI Symbol" w:eastAsia="MS Gothic" w:hAnsi="Segoe UI Symbol" w:cs="Segoe UI Symbol"/>
              <w:b/>
              <w:bCs/>
              <w:lang w:val="et-EE"/>
            </w:rPr>
            <w:t>☐</w:t>
          </w:r>
        </w:sdtContent>
      </w:sdt>
      <w:r w:rsidR="00105EF5" w:rsidRPr="00C51A20">
        <w:rPr>
          <w:b/>
          <w:bCs/>
          <w:lang w:val="et-EE"/>
        </w:rPr>
        <w:t>Jah</w:t>
      </w:r>
      <w:r w:rsidRPr="00C51A20">
        <w:rPr>
          <w:b/>
          <w:bCs/>
          <w:lang w:val="et-EE"/>
        </w:rPr>
        <w:t xml:space="preserve"> </w:t>
      </w:r>
      <w:sdt>
        <w:sdtPr>
          <w:rPr>
            <w:rFonts w:ascii="Segoe UI Symbol" w:eastAsia="MS Gothic" w:hAnsi="Segoe UI Symbol" w:cs="Segoe UI Symbol"/>
            <w:b/>
            <w:bCs/>
            <w:lang w:val="et-EE"/>
          </w:rPr>
          <w:id w:val="-47268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51A20">
            <w:rPr>
              <w:rFonts w:ascii="Segoe UI Symbol" w:eastAsia="MS Gothic" w:hAnsi="Segoe UI Symbol" w:cs="Segoe UI Symbol"/>
              <w:b/>
              <w:bCs/>
              <w:lang w:val="et-EE"/>
            </w:rPr>
            <w:t>☐</w:t>
          </w:r>
        </w:sdtContent>
      </w:sdt>
      <w:r w:rsidR="00105EF5" w:rsidRPr="00C51A20">
        <w:rPr>
          <w:b/>
          <w:bCs/>
          <w:lang w:val="et-EE"/>
        </w:rPr>
        <w:t>Ei</w:t>
      </w:r>
    </w:p>
    <w:p w14:paraId="287618DD" w14:textId="0614AF7D" w:rsidR="00557ACF" w:rsidRPr="00D52847" w:rsidRDefault="00105EF5" w:rsidP="00487832">
      <w:pPr>
        <w:spacing w:before="0" w:after="0" w:line="276" w:lineRule="auto"/>
        <w:ind w:left="426"/>
        <w:rPr>
          <w:lang w:val="et-EE"/>
        </w:rPr>
      </w:pPr>
      <w:r w:rsidRPr="00D52847">
        <w:rPr>
          <w:lang w:val="et-EE"/>
        </w:rPr>
        <w:t>Kui jah, sisesta nimi/nimed</w:t>
      </w:r>
      <w:r w:rsidR="00557ACF" w:rsidRPr="00D52847">
        <w:rPr>
          <w:lang w:val="et-EE"/>
        </w:rPr>
        <w:t xml:space="preserve">: </w:t>
      </w:r>
      <w:sdt>
        <w:sdtPr>
          <w:rPr>
            <w:lang w:val="et-EE"/>
          </w:rPr>
          <w:id w:val="892700322"/>
          <w:placeholder>
            <w:docPart w:val="4D3CAACA3A0E4192B9E7486D0D35C93A"/>
          </w:placeholder>
        </w:sdtPr>
        <w:sdtEndPr/>
        <w:sdtContent>
          <w:sdt>
            <w:sdtPr>
              <w:rPr>
                <w:rStyle w:val="Laad1"/>
                <w:b/>
                <w:bCs/>
                <w:lang w:val="et-EE"/>
              </w:rPr>
              <w:id w:val="1683466731"/>
              <w:placeholder>
                <w:docPart w:val="F6A0139235664F908B8256E0CA3F7317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487832">
                <w:rPr>
                  <w:rStyle w:val="Laad1"/>
                  <w:b/>
                  <w:bCs/>
                  <w:lang w:val="et-EE"/>
                </w:rPr>
                <w:t>Teksti sisestamiseks klõpsa siin.</w:t>
              </w:r>
            </w:sdtContent>
          </w:sdt>
        </w:sdtContent>
      </w:sdt>
    </w:p>
    <w:p w14:paraId="55A49B4B" w14:textId="15F1CB17" w:rsidR="00557ACF" w:rsidRPr="00487832" w:rsidRDefault="00105EF5" w:rsidP="00487832">
      <w:pPr>
        <w:pStyle w:val="Loendilik"/>
        <w:numPr>
          <w:ilvl w:val="1"/>
          <w:numId w:val="16"/>
        </w:numPr>
        <w:spacing w:before="0" w:after="0" w:line="276" w:lineRule="auto"/>
        <w:ind w:left="426" w:hanging="426"/>
        <w:rPr>
          <w:lang w:val="et-EE"/>
        </w:rPr>
      </w:pPr>
      <w:r w:rsidRPr="00487832">
        <w:rPr>
          <w:lang w:val="et-EE"/>
        </w:rPr>
        <w:t>Isiku suhe ülikooliga</w:t>
      </w:r>
      <w:r w:rsidR="00557ACF" w:rsidRPr="00487832">
        <w:rPr>
          <w:lang w:val="et-EE"/>
        </w:rPr>
        <w:t xml:space="preserve"> (</w:t>
      </w:r>
      <w:r w:rsidR="01473DE1" w:rsidRPr="00487832">
        <w:rPr>
          <w:lang w:val="et-EE"/>
        </w:rPr>
        <w:t>üliõpilane</w:t>
      </w:r>
      <w:r w:rsidR="00557ACF" w:rsidRPr="00487832">
        <w:rPr>
          <w:lang w:val="et-EE"/>
        </w:rPr>
        <w:t xml:space="preserve"> / </w:t>
      </w:r>
      <w:r w:rsidRPr="00487832">
        <w:rPr>
          <w:lang w:val="et-EE"/>
        </w:rPr>
        <w:t>töötaja</w:t>
      </w:r>
      <w:r w:rsidR="00557ACF" w:rsidRPr="00487832">
        <w:rPr>
          <w:lang w:val="et-EE"/>
        </w:rPr>
        <w:t xml:space="preserve"> / </w:t>
      </w:r>
      <w:r w:rsidRPr="00487832">
        <w:rPr>
          <w:lang w:val="et-EE"/>
        </w:rPr>
        <w:t>väline isik</w:t>
      </w:r>
      <w:r w:rsidR="00557ACF" w:rsidRPr="00487832">
        <w:rPr>
          <w:lang w:val="et-EE"/>
        </w:rPr>
        <w:t xml:space="preserve"> / </w:t>
      </w:r>
      <w:r w:rsidRPr="00487832">
        <w:rPr>
          <w:lang w:val="et-EE"/>
        </w:rPr>
        <w:t>teadmata</w:t>
      </w:r>
      <w:r w:rsidR="00557ACF" w:rsidRPr="00487832">
        <w:rPr>
          <w:lang w:val="et-EE"/>
        </w:rPr>
        <w:t>):</w:t>
      </w:r>
    </w:p>
    <w:p w14:paraId="26E67140" w14:textId="66205CD5" w:rsidR="00557ACF" w:rsidRPr="00D52847" w:rsidRDefault="00CD50E8" w:rsidP="00487832">
      <w:pPr>
        <w:spacing w:before="0" w:after="0" w:line="276" w:lineRule="auto"/>
        <w:ind w:left="426"/>
        <w:rPr>
          <w:szCs w:val="24"/>
          <w:lang w:val="et-EE"/>
        </w:rPr>
      </w:pPr>
      <w:sdt>
        <w:sdtPr>
          <w:rPr>
            <w:lang w:val="et-EE"/>
          </w:rPr>
          <w:id w:val="-1727825384"/>
          <w:placeholder>
            <w:docPart w:val="E1CBB5DCC5F84D2293A43FF453D51E51"/>
          </w:placeholder>
        </w:sdtPr>
        <w:sdtEndPr/>
        <w:sdtContent>
          <w:sdt>
            <w:sdtPr>
              <w:rPr>
                <w:lang w:val="et-EE"/>
              </w:rPr>
              <w:id w:val="-530799562"/>
              <w:placeholder>
                <w:docPart w:val="316C251447DD4F549CEE6F83FDE3F388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6796942"/>
                  <w:placeholder>
                    <w:docPart w:val="AA8FFEB192C149CC90B9D2112F0084E0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D5284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71937864" w14:textId="2CFFC5CA" w:rsidR="00557ACF" w:rsidRPr="00D52847" w:rsidRDefault="007E63F6" w:rsidP="00487832">
      <w:pPr>
        <w:pStyle w:val="Loendilik"/>
        <w:numPr>
          <w:ilvl w:val="1"/>
          <w:numId w:val="16"/>
        </w:numPr>
        <w:spacing w:before="0" w:after="0" w:line="276" w:lineRule="auto"/>
        <w:ind w:left="426" w:hanging="426"/>
        <w:rPr>
          <w:szCs w:val="24"/>
          <w:lang w:val="et-EE"/>
        </w:rPr>
      </w:pPr>
      <w:r w:rsidRPr="00D52847">
        <w:rPr>
          <w:lang w:val="et-EE"/>
        </w:rPr>
        <w:t>Isiku suhe juhtumiga:</w:t>
      </w:r>
    </w:p>
    <w:p w14:paraId="4948E5DC" w14:textId="0DEF0473" w:rsidR="00511119" w:rsidRPr="00D52847" w:rsidRDefault="00CD50E8" w:rsidP="00487832">
      <w:pPr>
        <w:spacing w:before="0" w:after="0" w:line="276" w:lineRule="auto"/>
        <w:ind w:left="426"/>
        <w:rPr>
          <w:rStyle w:val="Vaevumrgatavrhutus"/>
          <w:i w:val="0"/>
          <w:iCs w:val="0"/>
          <w:color w:val="auto"/>
          <w:szCs w:val="24"/>
          <w:lang w:val="et-EE"/>
        </w:rPr>
      </w:pPr>
      <w:sdt>
        <w:sdtPr>
          <w:rPr>
            <w:i/>
            <w:iCs/>
            <w:color w:val="243F60" w:themeColor="accent1" w:themeShade="7F"/>
            <w:lang w:val="et-EE"/>
          </w:rPr>
          <w:id w:val="1558134232"/>
          <w:placeholder>
            <w:docPart w:val="795DF4854C11446BBF329B3E95DAE06A"/>
          </w:placeholder>
        </w:sdtPr>
        <w:sdtEndPr/>
        <w:sdtContent>
          <w:sdt>
            <w:sdtPr>
              <w:rPr>
                <w:i/>
                <w:iCs/>
                <w:color w:val="243F60" w:themeColor="accent1" w:themeShade="7F"/>
                <w:lang w:val="et-EE"/>
              </w:rPr>
              <w:id w:val="1176685350"/>
              <w:placeholder>
                <w:docPart w:val="2BDC6F99093A469F9516061D92E4A245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-646518227"/>
                  <w:placeholder>
                    <w:docPart w:val="2CD568C5E66F48EA9CEF92ED48B4829E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D5284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  <w:r w:rsidR="00557ACF" w:rsidRPr="00D52847">
        <w:rPr>
          <w:szCs w:val="24"/>
          <w:lang w:val="et-EE"/>
        </w:rPr>
        <w:br/>
      </w:r>
    </w:p>
    <w:p w14:paraId="27A984EA" w14:textId="311569CA" w:rsidR="00D97673" w:rsidRPr="00D52847" w:rsidRDefault="00E46C1B" w:rsidP="00F00662">
      <w:pPr>
        <w:pStyle w:val="Pealkiri2"/>
        <w:rPr>
          <w:shd w:val="clear" w:color="auto" w:fill="DBE5F1" w:themeFill="accent1" w:themeFillTint="33"/>
        </w:rPr>
      </w:pPr>
      <w:r w:rsidRPr="00D52847">
        <w:rPr>
          <w:rStyle w:val="Pealkiri2Mrk"/>
          <w:b/>
          <w:bCs/>
        </w:rPr>
        <w:t>JUHTUMI KIRJELDUS</w:t>
      </w:r>
    </w:p>
    <w:p w14:paraId="0B012600" w14:textId="7A95DA5D" w:rsidR="00E46C1B" w:rsidRPr="00FB2017" w:rsidRDefault="00E46C1B" w:rsidP="007F2492">
      <w:pPr>
        <w:spacing w:before="0" w:after="0" w:line="276" w:lineRule="auto"/>
        <w:rPr>
          <w:i/>
          <w:iCs/>
          <w:lang w:val="et-EE"/>
        </w:rPr>
      </w:pPr>
      <w:r w:rsidRPr="00FB2017">
        <w:rPr>
          <w:i/>
          <w:iCs/>
          <w:lang w:val="et-EE"/>
        </w:rPr>
        <w:t>Kas tegemist oli sõnalise, füüsilise või muu</w:t>
      </w:r>
      <w:r w:rsidR="687A42C8" w:rsidRPr="00FB2017">
        <w:rPr>
          <w:i/>
          <w:iCs/>
          <w:lang w:val="et-EE"/>
        </w:rPr>
        <w:t>d laadi</w:t>
      </w:r>
      <w:r w:rsidRPr="00FB2017">
        <w:rPr>
          <w:i/>
          <w:iCs/>
          <w:lang w:val="et-EE"/>
        </w:rPr>
        <w:t xml:space="preserve"> käitumisega? </w:t>
      </w:r>
      <w:r w:rsidR="00FB2017" w:rsidRPr="00FB2017">
        <w:rPr>
          <w:i/>
          <w:iCs/>
          <w:lang w:val="et-EE"/>
        </w:rPr>
        <w:br/>
      </w:r>
      <w:r w:rsidRPr="00FB2017">
        <w:rPr>
          <w:i/>
          <w:iCs/>
          <w:lang w:val="et-EE"/>
        </w:rPr>
        <w:t>Kas olukord muutus aja jooksul?</w:t>
      </w:r>
    </w:p>
    <w:p w14:paraId="7F07AAEF" w14:textId="236954A3" w:rsidR="002A464D" w:rsidRPr="00D52847" w:rsidRDefault="002A464D" w:rsidP="007F2492">
      <w:pPr>
        <w:spacing w:before="0" w:after="0" w:line="276" w:lineRule="auto"/>
        <w:rPr>
          <w:i/>
          <w:iCs/>
          <w:szCs w:val="24"/>
          <w:lang w:val="et-EE"/>
        </w:rPr>
      </w:pPr>
    </w:p>
    <w:p w14:paraId="468A0E06" w14:textId="69FCB8F1" w:rsidR="00934725" w:rsidRPr="00FB2017" w:rsidRDefault="00934725" w:rsidP="001B4100">
      <w:pPr>
        <w:pStyle w:val="Loendilik"/>
        <w:numPr>
          <w:ilvl w:val="1"/>
          <w:numId w:val="9"/>
        </w:numPr>
        <w:spacing w:before="0" w:after="0" w:line="276" w:lineRule="auto"/>
        <w:ind w:left="426"/>
        <w:rPr>
          <w:color w:val="0070C0"/>
          <w:lang w:val="et-EE"/>
        </w:rPr>
      </w:pPr>
      <w:r w:rsidRPr="00FB2017">
        <w:rPr>
          <w:lang w:val="et-EE"/>
        </w:rPr>
        <w:t>Käitumise laad (sõnaline/füüsiline/muu):</w:t>
      </w:r>
      <w:r w:rsidRPr="00FB2017">
        <w:rPr>
          <w:lang w:val="et-EE"/>
        </w:rPr>
        <w:br/>
      </w:r>
      <w:sdt>
        <w:sdtPr>
          <w:rPr>
            <w:lang w:val="et-EE"/>
          </w:rPr>
          <w:id w:val="-206802324"/>
          <w:placeholder>
            <w:docPart w:val="14936A4BA7AF455DBCF00F642C00F127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-13004945"/>
              <w:placeholder>
                <w:docPart w:val="C291465C727B4C449F771BE56B3EC39A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FB201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3948E2D5" w14:textId="6BE87FFD" w:rsidR="00934725" w:rsidRPr="00FB2017" w:rsidRDefault="00E57465" w:rsidP="001B4100">
      <w:pPr>
        <w:pStyle w:val="Loendilik"/>
        <w:numPr>
          <w:ilvl w:val="1"/>
          <w:numId w:val="9"/>
        </w:numPr>
        <w:spacing w:before="0" w:after="0" w:line="276" w:lineRule="auto"/>
        <w:ind w:left="426"/>
        <w:rPr>
          <w:lang w:val="et-EE"/>
        </w:rPr>
      </w:pPr>
      <w:r w:rsidRPr="00FB2017">
        <w:rPr>
          <w:lang w:val="et-EE"/>
        </w:rPr>
        <w:t xml:space="preserve">Kas olukord kordus või </w:t>
      </w:r>
      <w:r w:rsidR="685A33AF" w:rsidRPr="00FB2017">
        <w:rPr>
          <w:lang w:val="et-EE"/>
        </w:rPr>
        <w:t>süvenes</w:t>
      </w:r>
      <w:r w:rsidR="00AA9B0B" w:rsidRPr="00FB2017">
        <w:rPr>
          <w:lang w:val="et-EE"/>
        </w:rPr>
        <w:t>?</w:t>
      </w:r>
      <w:r w:rsidR="00934725" w:rsidRPr="00FB2017">
        <w:rPr>
          <w:lang w:val="et-EE"/>
        </w:rPr>
        <w:t xml:space="preserve"> </w:t>
      </w:r>
      <w:sdt>
        <w:sdtPr>
          <w:rPr>
            <w:rFonts w:ascii="MS Gothic" w:eastAsia="MS Gothic" w:hAnsi="MS Gothic"/>
            <w:b/>
            <w:bCs/>
            <w:lang w:val="et-EE"/>
          </w:rPr>
          <w:id w:val="-1897738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4725" w:rsidRPr="00C51A20">
            <w:rPr>
              <w:rFonts w:ascii="MS Gothic" w:eastAsia="MS Gothic" w:hAnsi="MS Gothic"/>
              <w:b/>
              <w:bCs/>
              <w:lang w:val="et-EE"/>
            </w:rPr>
            <w:t>☐</w:t>
          </w:r>
        </w:sdtContent>
      </w:sdt>
      <w:r w:rsidRPr="00C51A20">
        <w:rPr>
          <w:b/>
          <w:bCs/>
          <w:lang w:val="et-EE"/>
        </w:rPr>
        <w:t>Jah</w:t>
      </w:r>
      <w:r w:rsidR="00934725" w:rsidRPr="00C51A20">
        <w:rPr>
          <w:b/>
          <w:bCs/>
          <w:lang w:val="et-EE"/>
        </w:rPr>
        <w:t xml:space="preserve"> </w:t>
      </w:r>
      <w:sdt>
        <w:sdtPr>
          <w:rPr>
            <w:rFonts w:ascii="MS Gothic" w:eastAsia="MS Gothic" w:hAnsi="MS Gothic"/>
            <w:b/>
            <w:bCs/>
            <w:lang w:val="et-EE"/>
          </w:rPr>
          <w:id w:val="9256890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4725" w:rsidRPr="00C51A20">
            <w:rPr>
              <w:rFonts w:ascii="MS Gothic" w:eastAsia="MS Gothic" w:hAnsi="MS Gothic"/>
              <w:b/>
              <w:bCs/>
              <w:lang w:val="et-EE"/>
            </w:rPr>
            <w:t>☐</w:t>
          </w:r>
        </w:sdtContent>
      </w:sdt>
      <w:r w:rsidRPr="00C51A20">
        <w:rPr>
          <w:b/>
          <w:bCs/>
          <w:lang w:val="et-EE"/>
        </w:rPr>
        <w:t>Ei</w:t>
      </w:r>
      <w:r w:rsidR="00934725" w:rsidRPr="00FB2017">
        <w:rPr>
          <w:lang w:val="et-EE"/>
        </w:rPr>
        <w:br/>
      </w:r>
      <w:r w:rsidRPr="00FB2017">
        <w:rPr>
          <w:lang w:val="et-EE"/>
        </w:rPr>
        <w:t>Kui jah, kirjelda lühidalt:</w:t>
      </w:r>
      <w:r w:rsidR="00934725" w:rsidRPr="00FB2017">
        <w:rPr>
          <w:lang w:val="et-EE"/>
        </w:rPr>
        <w:br/>
      </w:r>
      <w:sdt>
        <w:sdtPr>
          <w:rPr>
            <w:color w:val="4F81BD" w:themeColor="accent1"/>
            <w:lang w:val="et-EE"/>
          </w:rPr>
          <w:id w:val="-177430472"/>
          <w:placeholder>
            <w:docPart w:val="EF1463C9C66D4AC783BE30034654E177"/>
          </w:placeholder>
        </w:sdtPr>
        <w:sdtEndPr/>
        <w:sdtContent>
          <w:sdt>
            <w:sdtPr>
              <w:rPr>
                <w:lang w:val="et-EE"/>
              </w:rPr>
              <w:id w:val="-1972819060"/>
              <w:placeholder>
                <w:docPart w:val="CC98471B811D450CB8A3DA56A052436F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-168553804"/>
                  <w:placeholder>
                    <w:docPart w:val="9E65BA28C2384A9CB46802EC5AF2649F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FB201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3C32D960" w14:textId="012886B7" w:rsidR="00934725" w:rsidRPr="00FB2017" w:rsidRDefault="002465F9" w:rsidP="001B4100">
      <w:pPr>
        <w:pStyle w:val="Loendilik"/>
        <w:numPr>
          <w:ilvl w:val="1"/>
          <w:numId w:val="9"/>
        </w:numPr>
        <w:spacing w:before="0" w:after="0" w:line="276" w:lineRule="auto"/>
        <w:ind w:left="426"/>
        <w:rPr>
          <w:color w:val="4F81BD" w:themeColor="accent1"/>
          <w:lang w:val="et-EE"/>
        </w:rPr>
      </w:pPr>
      <w:r w:rsidRPr="00FB2017">
        <w:rPr>
          <w:lang w:val="et-EE"/>
        </w:rPr>
        <w:t>Kas käitumi</w:t>
      </w:r>
      <w:r w:rsidR="0640D66B" w:rsidRPr="00FB2017">
        <w:rPr>
          <w:lang w:val="et-EE"/>
        </w:rPr>
        <w:t xml:space="preserve">ne sisaldas </w:t>
      </w:r>
      <w:r w:rsidRPr="00FB2017">
        <w:rPr>
          <w:lang w:val="et-EE"/>
        </w:rPr>
        <w:t>kontrollimist, ähvardamist, hirmutamist või m</w:t>
      </w:r>
      <w:r w:rsidR="1E65C480" w:rsidRPr="00FB2017">
        <w:rPr>
          <w:lang w:val="et-EE"/>
        </w:rPr>
        <w:t xml:space="preserve">uul moel </w:t>
      </w:r>
      <w:r w:rsidRPr="00FB2017">
        <w:rPr>
          <w:lang w:val="et-EE"/>
        </w:rPr>
        <w:t>turvatun</w:t>
      </w:r>
      <w:r w:rsidR="0EB52D6D" w:rsidRPr="00FB2017">
        <w:rPr>
          <w:lang w:val="et-EE"/>
        </w:rPr>
        <w:t>de</w:t>
      </w:r>
      <w:r w:rsidRPr="00FB2017">
        <w:rPr>
          <w:lang w:val="et-EE"/>
        </w:rPr>
        <w:t xml:space="preserve"> kahjusta</w:t>
      </w:r>
      <w:r w:rsidR="711B4BB0" w:rsidRPr="00FB2017">
        <w:rPr>
          <w:lang w:val="et-EE"/>
        </w:rPr>
        <w:t>mist</w:t>
      </w:r>
      <w:r w:rsidRPr="00FB2017">
        <w:rPr>
          <w:lang w:val="et-EE"/>
        </w:rPr>
        <w:t>?</w:t>
      </w:r>
      <w:r w:rsidR="00934725" w:rsidRPr="00FB2017">
        <w:rPr>
          <w:lang w:val="et-EE"/>
        </w:rPr>
        <w:br/>
      </w:r>
      <w:sdt>
        <w:sdtPr>
          <w:rPr>
            <w:color w:val="4F81BD" w:themeColor="accent1"/>
            <w:lang w:val="et-EE"/>
          </w:rPr>
          <w:id w:val="-158697545"/>
          <w:placeholder>
            <w:docPart w:val="EF1463C9C66D4AC783BE30034654E177"/>
          </w:placeholder>
        </w:sdtPr>
        <w:sdtEndPr/>
        <w:sdtContent>
          <w:sdt>
            <w:sdtPr>
              <w:rPr>
                <w:lang w:val="et-EE"/>
              </w:rPr>
              <w:id w:val="-1777630391"/>
              <w:placeholder>
                <w:docPart w:val="8893C6FBDDF64C41A878F313B53CE503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-519635152"/>
                  <w:placeholder>
                    <w:docPart w:val="F7E9ADA064ED4314A1249F107B2986FD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FB201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6599443E" w14:textId="5C5CD2F1" w:rsidR="004E37F1" w:rsidRPr="00D52847" w:rsidRDefault="004E37F1" w:rsidP="00F00662">
      <w:pPr>
        <w:pStyle w:val="Pealkiri2"/>
        <w:rPr>
          <w:shd w:val="clear" w:color="auto" w:fill="DBE5F1" w:themeFill="accent1" w:themeFillTint="33"/>
        </w:rPr>
      </w:pPr>
      <w:r w:rsidRPr="00D52847">
        <w:rPr>
          <w:rStyle w:val="Pealkiri2Mrk"/>
          <w:b/>
          <w:bCs/>
        </w:rPr>
        <w:t>SINU TÕLGENDUS JA KOGEMUS</w:t>
      </w:r>
    </w:p>
    <w:p w14:paraId="6BA1E6E3" w14:textId="32E58385" w:rsidR="003C79A2" w:rsidRPr="001B4100" w:rsidRDefault="003C79A2" w:rsidP="007F2492">
      <w:pPr>
        <w:spacing w:before="0" w:after="0" w:line="276" w:lineRule="auto"/>
        <w:rPr>
          <w:i/>
          <w:iCs/>
          <w:lang w:val="et-EE"/>
        </w:rPr>
      </w:pPr>
      <w:r w:rsidRPr="001B4100">
        <w:rPr>
          <w:i/>
          <w:iCs/>
          <w:lang w:val="et-EE"/>
        </w:rPr>
        <w:t xml:space="preserve">Kuidas </w:t>
      </w:r>
      <w:r w:rsidR="4C5E94FB" w:rsidRPr="001B4100">
        <w:rPr>
          <w:i/>
          <w:iCs/>
          <w:lang w:val="et-EE"/>
        </w:rPr>
        <w:t>S</w:t>
      </w:r>
      <w:r w:rsidRPr="001B4100">
        <w:rPr>
          <w:i/>
          <w:iCs/>
          <w:lang w:val="et-EE"/>
        </w:rPr>
        <w:t xml:space="preserve">ina olukorda mõistsid või kogesid? Mis tunne </w:t>
      </w:r>
      <w:r w:rsidR="1EF37241" w:rsidRPr="001B4100">
        <w:rPr>
          <w:i/>
          <w:iCs/>
          <w:lang w:val="et-EE"/>
        </w:rPr>
        <w:t>S</w:t>
      </w:r>
      <w:r w:rsidRPr="001B4100">
        <w:rPr>
          <w:i/>
          <w:iCs/>
          <w:lang w:val="et-EE"/>
        </w:rPr>
        <w:t xml:space="preserve">ul selle ajal või pärast </w:t>
      </w:r>
      <w:r w:rsidR="6639C667" w:rsidRPr="001B4100">
        <w:rPr>
          <w:i/>
          <w:iCs/>
          <w:lang w:val="et-EE"/>
        </w:rPr>
        <w:t xml:space="preserve">seda </w:t>
      </w:r>
      <w:r w:rsidRPr="001B4100">
        <w:rPr>
          <w:i/>
          <w:iCs/>
          <w:lang w:val="et-EE"/>
        </w:rPr>
        <w:t>oli?</w:t>
      </w:r>
    </w:p>
    <w:p w14:paraId="32AEA966" w14:textId="77777777" w:rsidR="00B81445" w:rsidRPr="00D52847" w:rsidRDefault="00B81445" w:rsidP="007F2492">
      <w:pPr>
        <w:spacing w:before="0" w:after="0" w:line="276" w:lineRule="auto"/>
        <w:rPr>
          <w:lang w:val="et-EE"/>
        </w:rPr>
      </w:pPr>
    </w:p>
    <w:p w14:paraId="1A99AE1B" w14:textId="460DC610" w:rsidR="00196EB2" w:rsidRPr="00D52847" w:rsidRDefault="00CD50E8" w:rsidP="007F2492">
      <w:pPr>
        <w:spacing w:before="0" w:after="0" w:line="276" w:lineRule="auto"/>
        <w:rPr>
          <w:rStyle w:val="Pealkiri2Mrk"/>
        </w:rPr>
      </w:pPr>
      <w:sdt>
        <w:sdtPr>
          <w:rPr>
            <w:b/>
            <w:bCs/>
            <w:caps/>
            <w:spacing w:val="15"/>
            <w:szCs w:val="24"/>
            <w:shd w:val="clear" w:color="auto" w:fill="DBE5F1" w:themeFill="accent1" w:themeFillTint="33"/>
            <w:lang w:val="et-EE"/>
          </w:rPr>
          <w:id w:val="-1639188585"/>
          <w:placeholder>
            <w:docPart w:val="94EC90D36F754DF1BF05D21F52F3833D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-919873952"/>
              <w:placeholder>
                <w:docPart w:val="60ECAF3858124E0BA15F3B0A6317603B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D5284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33328BFD" w14:textId="0542841A" w:rsidR="004E37F1" w:rsidRPr="00D52847" w:rsidRDefault="004E37F1" w:rsidP="00F00662">
      <w:pPr>
        <w:pStyle w:val="Pealkiri2"/>
        <w:rPr>
          <w:rStyle w:val="Pealkiri2Mrk"/>
          <w:b/>
          <w:bCs/>
          <w:caps/>
        </w:rPr>
      </w:pPr>
      <w:r w:rsidRPr="00D52847">
        <w:rPr>
          <w:rStyle w:val="Pealkiri2Mrk"/>
          <w:b/>
          <w:bCs/>
        </w:rPr>
        <w:t>JUHTUMI MÕJU SINULE</w:t>
      </w:r>
    </w:p>
    <w:p w14:paraId="7FBF27BF" w14:textId="6F72DF21" w:rsidR="001F7D0D" w:rsidRPr="001B4100" w:rsidRDefault="001F7D0D" w:rsidP="007F2492">
      <w:pPr>
        <w:spacing w:before="0" w:after="0" w:line="276" w:lineRule="auto"/>
        <w:rPr>
          <w:i/>
          <w:iCs/>
          <w:lang w:val="et-EE"/>
        </w:rPr>
      </w:pPr>
      <w:r w:rsidRPr="001B4100">
        <w:rPr>
          <w:i/>
          <w:iCs/>
          <w:lang w:val="et-EE"/>
        </w:rPr>
        <w:t xml:space="preserve">Keskendu sellele, kuidas juhtum </w:t>
      </w:r>
      <w:r w:rsidR="200E1D88" w:rsidRPr="001B4100">
        <w:rPr>
          <w:i/>
          <w:iCs/>
          <w:lang w:val="et-EE"/>
        </w:rPr>
        <w:t>S</w:t>
      </w:r>
      <w:r w:rsidRPr="001B4100">
        <w:rPr>
          <w:i/>
          <w:iCs/>
          <w:lang w:val="et-EE"/>
        </w:rPr>
        <w:t xml:space="preserve">ind mõjutas, mitte sellele, kuidas </w:t>
      </w:r>
      <w:r w:rsidR="72F1D9D0" w:rsidRPr="001B4100">
        <w:rPr>
          <w:i/>
          <w:iCs/>
          <w:lang w:val="et-EE"/>
        </w:rPr>
        <w:t>S</w:t>
      </w:r>
      <w:r w:rsidRPr="001B4100">
        <w:rPr>
          <w:i/>
          <w:iCs/>
          <w:lang w:val="et-EE"/>
        </w:rPr>
        <w:t xml:space="preserve">a seda tõlgendad. </w:t>
      </w:r>
    </w:p>
    <w:p w14:paraId="54A8E71D" w14:textId="77777777" w:rsidR="00992F66" w:rsidRPr="00D52847" w:rsidRDefault="00992F66" w:rsidP="007F2492">
      <w:pPr>
        <w:spacing w:before="0" w:after="0" w:line="276" w:lineRule="auto"/>
        <w:rPr>
          <w:szCs w:val="24"/>
          <w:lang w:val="et-EE"/>
        </w:rPr>
      </w:pPr>
    </w:p>
    <w:p w14:paraId="1C1C46A3" w14:textId="77777777" w:rsidR="001B4100" w:rsidRDefault="00762B93" w:rsidP="001B4100">
      <w:pPr>
        <w:pStyle w:val="Loendilik"/>
        <w:numPr>
          <w:ilvl w:val="1"/>
          <w:numId w:val="13"/>
        </w:numPr>
        <w:spacing w:before="0" w:after="0" w:line="276" w:lineRule="auto"/>
        <w:ind w:left="426" w:hanging="426"/>
        <w:rPr>
          <w:lang w:val="et-EE"/>
        </w:rPr>
      </w:pPr>
      <w:r w:rsidRPr="001B4100">
        <w:rPr>
          <w:lang w:val="et-EE"/>
        </w:rPr>
        <w:t>Emotsionaalne mõju (nt ärevus, stress, hirm, kurbus, viha, ebakindlus)</w:t>
      </w:r>
      <w:r w:rsidR="001F7D0D" w:rsidRPr="001B4100">
        <w:rPr>
          <w:lang w:val="et-EE"/>
        </w:rPr>
        <w:br/>
      </w:r>
      <w:sdt>
        <w:sdtPr>
          <w:rPr>
            <w:lang w:val="et-EE"/>
          </w:rPr>
          <w:id w:val="24143473"/>
          <w:placeholder>
            <w:docPart w:val="A956F766614B481881FEDDF29F35772C"/>
          </w:placeholder>
        </w:sdtPr>
        <w:sdtEndPr/>
        <w:sdtContent>
          <w:sdt>
            <w:sdtPr>
              <w:rPr>
                <w:lang w:val="et-EE"/>
              </w:rPr>
              <w:id w:val="-269156164"/>
              <w:placeholder>
                <w:docPart w:val="F7AE9F22905F408BA234665676639C68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2112852545"/>
                  <w:placeholder>
                    <w:docPart w:val="3309DF6A1B874DE194BCFA7A1AB9A713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1B4100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68AF169E" w14:textId="77777777" w:rsidR="001B4100" w:rsidRDefault="001C1FBD" w:rsidP="001B4100">
      <w:pPr>
        <w:pStyle w:val="Loendilik"/>
        <w:numPr>
          <w:ilvl w:val="1"/>
          <w:numId w:val="13"/>
        </w:numPr>
        <w:spacing w:before="0" w:after="0" w:line="276" w:lineRule="auto"/>
        <w:ind w:left="426" w:hanging="426"/>
        <w:rPr>
          <w:lang w:val="et-EE"/>
        </w:rPr>
      </w:pPr>
      <w:r w:rsidRPr="001B4100">
        <w:rPr>
          <w:lang w:val="et-EE"/>
        </w:rPr>
        <w:t>Mõju turvatundele (nt kas tunned end ülikoolis, tööl või õppetöös turvaliselt)</w:t>
      </w:r>
      <w:r w:rsidR="001F7D0D" w:rsidRPr="001B4100">
        <w:rPr>
          <w:lang w:val="et-EE"/>
        </w:rPr>
        <w:br/>
      </w:r>
      <w:sdt>
        <w:sdtPr>
          <w:rPr>
            <w:lang w:val="et-EE"/>
          </w:rPr>
          <w:id w:val="28306148"/>
          <w:placeholder>
            <w:docPart w:val="A956F766614B481881FEDDF29F35772C"/>
          </w:placeholder>
        </w:sdtPr>
        <w:sdtEndPr/>
        <w:sdtContent>
          <w:sdt>
            <w:sdtPr>
              <w:rPr>
                <w:lang w:val="et-EE"/>
              </w:rPr>
              <w:id w:val="2041709703"/>
              <w:placeholder>
                <w:docPart w:val="C5D0C1EA7C434EE381B8877701820339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-151071737"/>
                  <w:placeholder>
                    <w:docPart w:val="3DED4C19F673435286E4CAB1082F242D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1B4100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0846F5DB" w14:textId="120BC5C7" w:rsidR="001F7D0D" w:rsidRPr="001B4100" w:rsidRDefault="001C1FBD" w:rsidP="001B4100">
      <w:pPr>
        <w:pStyle w:val="Loendilik"/>
        <w:numPr>
          <w:ilvl w:val="1"/>
          <w:numId w:val="13"/>
        </w:numPr>
        <w:spacing w:before="0" w:after="0" w:line="276" w:lineRule="auto"/>
        <w:ind w:left="426" w:hanging="426"/>
        <w:rPr>
          <w:lang w:val="et-EE"/>
        </w:rPr>
      </w:pPr>
      <w:r w:rsidRPr="001B4100">
        <w:rPr>
          <w:lang w:val="et-EE"/>
        </w:rPr>
        <w:t>Mõju õppimisele, töötamisele või osalemisele ülikooli tegevuses (nt keskendumisraskused, vähenenud osalus, motivatsioonilangus)</w:t>
      </w:r>
      <w:r w:rsidR="001F7D0D" w:rsidRPr="001B4100">
        <w:rPr>
          <w:lang w:val="et-EE"/>
        </w:rPr>
        <w:br/>
      </w:r>
      <w:sdt>
        <w:sdtPr>
          <w:rPr>
            <w:color w:val="0070C0"/>
            <w:lang w:val="et-EE"/>
          </w:rPr>
          <w:id w:val="-58794835"/>
          <w:placeholder>
            <w:docPart w:val="A956F766614B481881FEDDF29F35772C"/>
          </w:placeholder>
        </w:sdtPr>
        <w:sdtEndPr/>
        <w:sdtContent>
          <w:sdt>
            <w:sdtPr>
              <w:rPr>
                <w:lang w:val="et-EE"/>
              </w:rPr>
              <w:id w:val="858234546"/>
              <w:placeholder>
                <w:docPart w:val="B5946B6CA6264B719B3F49CA343E8A99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2098749412"/>
                  <w:placeholder>
                    <w:docPart w:val="D800543783FF4E8CB5C04D2002BB2A32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1B4100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28029474" w14:textId="77777777" w:rsidR="004E37F1" w:rsidRPr="00D52847" w:rsidRDefault="004E37F1" w:rsidP="007F2492">
      <w:pPr>
        <w:spacing w:before="0" w:after="0" w:line="276" w:lineRule="auto"/>
        <w:rPr>
          <w:szCs w:val="24"/>
          <w:lang w:val="et-EE"/>
        </w:rPr>
      </w:pPr>
    </w:p>
    <w:p w14:paraId="4D7AAB4C" w14:textId="18B26195" w:rsidR="004E37F1" w:rsidRPr="00D52847" w:rsidRDefault="004E37F1" w:rsidP="00C02DCC">
      <w:pPr>
        <w:pStyle w:val="Pealkiri2"/>
        <w:pBdr>
          <w:top w:val="single" w:sz="24" w:space="0" w:color="DBE5F1"/>
          <w:left w:val="single" w:sz="24" w:space="0" w:color="DBE5F1"/>
          <w:bottom w:val="single" w:sz="24" w:space="0" w:color="DBE5F1"/>
          <w:right w:val="single" w:sz="24" w:space="0" w:color="DBE5F1"/>
        </w:pBdr>
      </w:pPr>
      <w:r w:rsidRPr="00D52847">
        <w:rPr>
          <w:rStyle w:val="Pealkiri2Mrk"/>
          <w:b/>
          <w:bCs/>
        </w:rPr>
        <w:t xml:space="preserve">JÄTKUVAD MURED </w:t>
      </w:r>
      <w:r w:rsidR="77BF0CEC" w:rsidRPr="00D52847">
        <w:rPr>
          <w:rStyle w:val="Pealkiri2Mrk"/>
          <w:b/>
          <w:bCs/>
        </w:rPr>
        <w:t>JA</w:t>
      </w:r>
      <w:r w:rsidRPr="00D52847">
        <w:rPr>
          <w:rStyle w:val="Pealkiri2Mrk"/>
          <w:b/>
          <w:bCs/>
        </w:rPr>
        <w:t xml:space="preserve"> VAJADUSED</w:t>
      </w:r>
    </w:p>
    <w:p w14:paraId="4E586F25" w14:textId="18D2A588" w:rsidR="008E5812" w:rsidRPr="001B4100" w:rsidRDefault="005F160D" w:rsidP="007F2492">
      <w:pPr>
        <w:spacing w:before="0" w:after="0" w:line="276" w:lineRule="auto"/>
        <w:rPr>
          <w:i/>
          <w:iCs/>
          <w:lang w:val="et-EE"/>
        </w:rPr>
      </w:pPr>
      <w:r w:rsidRPr="001B4100">
        <w:rPr>
          <w:i/>
          <w:iCs/>
          <w:lang w:val="et-EE"/>
        </w:rPr>
        <w:t xml:space="preserve">Kas </w:t>
      </w:r>
      <w:r w:rsidR="4576FFCD" w:rsidRPr="001B4100">
        <w:rPr>
          <w:i/>
          <w:iCs/>
          <w:lang w:val="et-EE"/>
        </w:rPr>
        <w:t>S</w:t>
      </w:r>
      <w:r w:rsidRPr="001B4100">
        <w:rPr>
          <w:i/>
          <w:iCs/>
          <w:lang w:val="et-EE"/>
        </w:rPr>
        <w:t>ul on muresid</w:t>
      </w:r>
      <w:r w:rsidR="01BA03EC" w:rsidRPr="001B4100">
        <w:rPr>
          <w:i/>
          <w:iCs/>
          <w:lang w:val="et-EE"/>
        </w:rPr>
        <w:t>, mis vajaksid lahendamist</w:t>
      </w:r>
      <w:r w:rsidRPr="001B4100">
        <w:rPr>
          <w:i/>
          <w:iCs/>
          <w:lang w:val="et-EE"/>
        </w:rPr>
        <w:t>?</w:t>
      </w:r>
      <w:r w:rsidR="00F96E1B" w:rsidRPr="001B4100">
        <w:rPr>
          <w:i/>
          <w:iCs/>
          <w:lang w:val="et-EE"/>
        </w:rPr>
        <w:t xml:space="preserve"> Kas </w:t>
      </w:r>
      <w:r w:rsidR="03B0B7ED" w:rsidRPr="001B4100">
        <w:rPr>
          <w:i/>
          <w:iCs/>
          <w:lang w:val="et-EE"/>
        </w:rPr>
        <w:t>S</w:t>
      </w:r>
      <w:r w:rsidR="00F96E1B" w:rsidRPr="001B4100">
        <w:rPr>
          <w:i/>
          <w:iCs/>
          <w:lang w:val="et-EE"/>
        </w:rPr>
        <w:t>a tunned end praegu turvaliselt?</w:t>
      </w:r>
    </w:p>
    <w:p w14:paraId="1D2DCB8D" w14:textId="77777777" w:rsidR="00B81445" w:rsidRPr="00D52847" w:rsidRDefault="00B81445" w:rsidP="007F2492">
      <w:pPr>
        <w:spacing w:before="0" w:after="0" w:line="276" w:lineRule="auto"/>
        <w:rPr>
          <w:lang w:val="et-EE"/>
        </w:rPr>
      </w:pPr>
    </w:p>
    <w:p w14:paraId="65AA94DF" w14:textId="75B9563C" w:rsidR="002A464D" w:rsidRPr="00D52847" w:rsidRDefault="00CD50E8" w:rsidP="007F2492">
      <w:pPr>
        <w:spacing w:before="0" w:after="0" w:line="276" w:lineRule="auto"/>
        <w:rPr>
          <w:i/>
          <w:iCs/>
          <w:szCs w:val="24"/>
          <w:lang w:val="et-EE"/>
        </w:rPr>
      </w:pPr>
      <w:sdt>
        <w:sdtPr>
          <w:rPr>
            <w:lang w:val="et-EE"/>
          </w:rPr>
          <w:id w:val="-1162770012"/>
          <w:placeholder>
            <w:docPart w:val="676E074B5EB04AD3B9D7AE25A97CA50F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-1225136760"/>
              <w:placeholder>
                <w:docPart w:val="72BC5818A0E34CDA9658B331F924B33B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D5284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2D6B6EBC" w14:textId="77777777" w:rsidR="00737FB1" w:rsidRPr="00D52847" w:rsidRDefault="00737FB1" w:rsidP="007F2492">
      <w:pPr>
        <w:spacing w:before="0" w:after="0" w:line="276" w:lineRule="auto"/>
        <w:rPr>
          <w:i/>
          <w:iCs/>
          <w:szCs w:val="24"/>
          <w:lang w:val="et-EE"/>
        </w:rPr>
      </w:pPr>
    </w:p>
    <w:p w14:paraId="641A499F" w14:textId="330218D4" w:rsidR="004E37F1" w:rsidRPr="00D52847" w:rsidRDefault="004E37F1" w:rsidP="00F00662">
      <w:pPr>
        <w:pStyle w:val="Pealkiri2"/>
        <w:rPr>
          <w:shd w:val="clear" w:color="auto" w:fill="DBE5F1" w:themeFill="accent1" w:themeFillTint="33"/>
        </w:rPr>
      </w:pPr>
      <w:r w:rsidRPr="00D52847">
        <w:rPr>
          <w:rStyle w:val="Pealkiri2Mrk"/>
          <w:b/>
          <w:bCs/>
        </w:rPr>
        <w:t>TÕENDI</w:t>
      </w:r>
      <w:r w:rsidR="0382BB3C" w:rsidRPr="00D52847">
        <w:rPr>
          <w:rStyle w:val="Pealkiri2Mrk"/>
          <w:b/>
          <w:bCs/>
        </w:rPr>
        <w:t>D</w:t>
      </w:r>
      <w:r w:rsidRPr="00D52847">
        <w:rPr>
          <w:rStyle w:val="Pealkiri2Mrk"/>
          <w:b/>
          <w:bCs/>
        </w:rPr>
        <w:t xml:space="preserve"> JA LISATE</w:t>
      </w:r>
      <w:r w:rsidR="00060554" w:rsidRPr="00D52847">
        <w:rPr>
          <w:rStyle w:val="Pealkiri2Mrk"/>
          <w:b/>
          <w:bCs/>
        </w:rPr>
        <w:t>AVE</w:t>
      </w:r>
    </w:p>
    <w:p w14:paraId="4CFDB31C" w14:textId="3037C115" w:rsidR="008E5812" w:rsidRPr="001B4100" w:rsidRDefault="005F160D" w:rsidP="007F2492">
      <w:pPr>
        <w:spacing w:before="0" w:after="0" w:line="276" w:lineRule="auto"/>
        <w:rPr>
          <w:i/>
          <w:iCs/>
          <w:lang w:val="et-EE"/>
        </w:rPr>
      </w:pPr>
      <w:r w:rsidRPr="001B4100">
        <w:rPr>
          <w:i/>
          <w:iCs/>
          <w:lang w:val="et-EE"/>
        </w:rPr>
        <w:t xml:space="preserve">Kas </w:t>
      </w:r>
      <w:r w:rsidR="55618AFC" w:rsidRPr="001B4100">
        <w:rPr>
          <w:i/>
          <w:iCs/>
          <w:lang w:val="et-EE"/>
        </w:rPr>
        <w:t>S</w:t>
      </w:r>
      <w:r w:rsidRPr="001B4100">
        <w:rPr>
          <w:i/>
          <w:iCs/>
          <w:lang w:val="et-EE"/>
        </w:rPr>
        <w:t>ul on kirjalikke tõendeid</w:t>
      </w:r>
      <w:r w:rsidR="7568EDBA" w:rsidRPr="001B4100">
        <w:rPr>
          <w:i/>
          <w:iCs/>
          <w:lang w:val="et-EE"/>
        </w:rPr>
        <w:t xml:space="preserve"> või </w:t>
      </w:r>
      <w:r w:rsidRPr="001B4100">
        <w:rPr>
          <w:i/>
          <w:iCs/>
          <w:lang w:val="et-EE"/>
        </w:rPr>
        <w:t>tunnistajaid?</w:t>
      </w:r>
      <w:r w:rsidR="00F96E1B" w:rsidRPr="001B4100">
        <w:rPr>
          <w:i/>
          <w:iCs/>
          <w:lang w:val="et-EE"/>
        </w:rPr>
        <w:t xml:space="preserve"> Kas keegi teab sellest olukorrast?</w:t>
      </w:r>
    </w:p>
    <w:p w14:paraId="71EC29EF" w14:textId="77777777" w:rsidR="00B81445" w:rsidRPr="00D52847" w:rsidRDefault="00B81445" w:rsidP="007F2492">
      <w:pPr>
        <w:spacing w:before="0" w:after="0" w:line="276" w:lineRule="auto"/>
        <w:rPr>
          <w:lang w:val="et-EE"/>
        </w:rPr>
      </w:pPr>
    </w:p>
    <w:p w14:paraId="243D3591" w14:textId="06F9A98D" w:rsidR="002A464D" w:rsidRPr="00D52847" w:rsidRDefault="00CD50E8" w:rsidP="007F2492">
      <w:pPr>
        <w:spacing w:before="0" w:after="0" w:line="276" w:lineRule="auto"/>
        <w:rPr>
          <w:i/>
          <w:iCs/>
          <w:szCs w:val="24"/>
          <w:lang w:val="et-EE"/>
        </w:rPr>
      </w:pPr>
      <w:sdt>
        <w:sdtPr>
          <w:rPr>
            <w:lang w:val="et-EE"/>
          </w:rPr>
          <w:id w:val="1962609540"/>
          <w:placeholder>
            <w:docPart w:val="EAFF62E6AFB743E4AA4EA5C3B719F6F9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523676453"/>
              <w:placeholder>
                <w:docPart w:val="B0DC8A68A3614A1593B7A2407BDE2196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D5284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7AB865A9" w14:textId="77777777" w:rsidR="00060554" w:rsidRPr="00D52847" w:rsidRDefault="00060554" w:rsidP="007F2492">
      <w:pPr>
        <w:spacing w:before="0" w:after="0" w:line="276" w:lineRule="auto"/>
        <w:rPr>
          <w:rStyle w:val="Pealkiri2Mrk"/>
        </w:rPr>
      </w:pPr>
    </w:p>
    <w:p w14:paraId="53D25324" w14:textId="19381E5C" w:rsidR="00060554" w:rsidRPr="00D52847" w:rsidRDefault="00060554" w:rsidP="00F00662">
      <w:pPr>
        <w:pStyle w:val="Pealkiri2"/>
        <w:rPr>
          <w:shd w:val="clear" w:color="auto" w:fill="DBE5F1" w:themeFill="accent1" w:themeFillTint="33"/>
        </w:rPr>
      </w:pPr>
      <w:r w:rsidRPr="00D52847">
        <w:rPr>
          <w:rStyle w:val="Pealkiri2Mrk"/>
          <w:b/>
          <w:bCs/>
        </w:rPr>
        <w:t>SINU OOTUSED</w:t>
      </w:r>
    </w:p>
    <w:p w14:paraId="5D8ECE0B" w14:textId="1BEE40B1" w:rsidR="00C6093C" w:rsidRPr="001B4100" w:rsidRDefault="00C6093C" w:rsidP="007F2492">
      <w:pPr>
        <w:spacing w:before="0" w:after="0" w:line="276" w:lineRule="auto"/>
        <w:rPr>
          <w:i/>
          <w:iCs/>
          <w:lang w:val="et-EE"/>
        </w:rPr>
      </w:pPr>
      <w:r w:rsidRPr="001B4100">
        <w:rPr>
          <w:i/>
          <w:iCs/>
          <w:lang w:val="et-EE"/>
        </w:rPr>
        <w:t>Mi</w:t>
      </w:r>
      <w:r w:rsidR="09396651" w:rsidRPr="001B4100">
        <w:rPr>
          <w:i/>
          <w:iCs/>
          <w:lang w:val="et-EE"/>
        </w:rPr>
        <w:t>s peaks järgmiseks juhtuma</w:t>
      </w:r>
      <w:r w:rsidRPr="001B4100">
        <w:rPr>
          <w:i/>
          <w:iCs/>
          <w:lang w:val="et-EE"/>
        </w:rPr>
        <w:t xml:space="preserve">? Millist lahendust või tulemust eelistaksid? </w:t>
      </w:r>
    </w:p>
    <w:p w14:paraId="2D99B3B4" w14:textId="77777777" w:rsidR="00B81445" w:rsidRPr="00D52847" w:rsidRDefault="00B81445" w:rsidP="007F2492">
      <w:pPr>
        <w:spacing w:before="0" w:after="0" w:line="276" w:lineRule="auto"/>
        <w:rPr>
          <w:lang w:val="et-EE"/>
        </w:rPr>
      </w:pPr>
    </w:p>
    <w:p w14:paraId="00C615A4" w14:textId="60CDC4D5" w:rsidR="002A464D" w:rsidRPr="00D52847" w:rsidRDefault="00CD50E8" w:rsidP="007F2492">
      <w:pPr>
        <w:spacing w:before="0" w:after="0" w:line="276" w:lineRule="auto"/>
        <w:rPr>
          <w:i/>
          <w:iCs/>
          <w:szCs w:val="24"/>
          <w:lang w:val="et-EE"/>
        </w:rPr>
      </w:pPr>
      <w:sdt>
        <w:sdtPr>
          <w:rPr>
            <w:i/>
            <w:iCs/>
            <w:szCs w:val="24"/>
            <w:lang w:val="et-EE"/>
          </w:rPr>
          <w:id w:val="-78679744"/>
          <w:placeholder>
            <w:docPart w:val="98289294309C4D6C9AF2FED7C7322D7F"/>
          </w:placeholder>
        </w:sdtPr>
        <w:sdtEndPr/>
        <w:sdtContent>
          <w:sdt>
            <w:sdtPr>
              <w:rPr>
                <w:lang w:val="et-EE"/>
              </w:rPr>
              <w:id w:val="-2002265021"/>
              <w:placeholder>
                <w:docPart w:val="D583294ADF694DFEB2EC09318F58E65E"/>
              </w:placeholder>
            </w:sdtPr>
            <w:sdtEndPr/>
            <w:sdtContent>
              <w:sdt>
                <w:sdtPr>
                  <w:rPr>
                    <w:rStyle w:val="Laad1"/>
                    <w:lang w:val="et-EE"/>
                  </w:rPr>
                  <w:id w:val="1345136166"/>
                  <w:placeholder>
                    <w:docPart w:val="5E9E9543D5B44902BD8F0BA64043660D"/>
                  </w:placeholder>
                  <w15:color w:val="3366FF"/>
                </w:sdtPr>
                <w:sdtEndPr>
                  <w:rPr>
                    <w:rStyle w:val="Laad1"/>
                  </w:rPr>
                </w:sdtEndPr>
                <w:sdtContent>
                  <w:r w:rsidR="003D45F0" w:rsidRPr="00D52847">
                    <w:rPr>
                      <w:rStyle w:val="Laad1"/>
                      <w:lang w:val="et-EE"/>
                    </w:rPr>
                    <w:t>Teksti sisestamiseks klõpsa siin.</w:t>
                  </w:r>
                </w:sdtContent>
              </w:sdt>
            </w:sdtContent>
          </w:sdt>
        </w:sdtContent>
      </w:sdt>
    </w:p>
    <w:p w14:paraId="1A97E5F6" w14:textId="77777777" w:rsidR="00737FB1" w:rsidRPr="00D52847" w:rsidRDefault="00737FB1" w:rsidP="007F2492">
      <w:pPr>
        <w:spacing w:before="0" w:after="0" w:line="276" w:lineRule="auto"/>
        <w:rPr>
          <w:i/>
          <w:iCs/>
          <w:szCs w:val="24"/>
          <w:lang w:val="et-EE"/>
        </w:rPr>
      </w:pPr>
    </w:p>
    <w:p w14:paraId="66F40A59" w14:textId="769A918B" w:rsidR="00060554" w:rsidRPr="00D52847" w:rsidRDefault="1F0F4D62" w:rsidP="00F00662">
      <w:pPr>
        <w:pStyle w:val="Pealkiri2"/>
        <w:rPr>
          <w:shd w:val="clear" w:color="auto" w:fill="DBE5F1" w:themeFill="accent1" w:themeFillTint="33"/>
        </w:rPr>
      </w:pPr>
      <w:r w:rsidRPr="00D52847">
        <w:rPr>
          <w:rStyle w:val="Pealkiri2Mrk"/>
          <w:b/>
          <w:bCs/>
        </w:rPr>
        <w:t xml:space="preserve"> </w:t>
      </w:r>
      <w:r w:rsidR="00060554" w:rsidRPr="00D52847">
        <w:rPr>
          <w:rStyle w:val="Pealkiri2Mrk"/>
          <w:b/>
          <w:bCs/>
        </w:rPr>
        <w:t>VALMIDUS EDASISEKS PROTSESSIKS</w:t>
      </w:r>
    </w:p>
    <w:p w14:paraId="4F1E4716" w14:textId="3127DD5B" w:rsidR="000D77A6" w:rsidRPr="00D52847" w:rsidRDefault="2F6D2831" w:rsidP="007E1801">
      <w:pPr>
        <w:spacing w:before="0" w:after="0" w:line="276" w:lineRule="auto"/>
        <w:rPr>
          <w:lang w:val="et-EE"/>
        </w:rPr>
      </w:pPr>
      <w:r w:rsidRPr="00D52847">
        <w:rPr>
          <w:b/>
          <w:bCs/>
          <w:lang w:val="et-EE"/>
        </w:rPr>
        <w:t xml:space="preserve">10.1. </w:t>
      </w:r>
      <w:r w:rsidR="005F160D" w:rsidRPr="00D52847">
        <w:rPr>
          <w:b/>
          <w:lang w:val="et-EE"/>
        </w:rPr>
        <w:t xml:space="preserve">Kas oled valmis osalema </w:t>
      </w:r>
      <w:r w:rsidR="00F83276" w:rsidRPr="00D52847">
        <w:rPr>
          <w:b/>
          <w:lang w:val="et-EE"/>
        </w:rPr>
        <w:t xml:space="preserve">taastavates </w:t>
      </w:r>
      <w:r w:rsidR="005F160D" w:rsidRPr="00D52847">
        <w:rPr>
          <w:b/>
          <w:lang w:val="et-EE"/>
        </w:rPr>
        <w:t>aruteludes</w:t>
      </w:r>
      <w:r w:rsidR="00BB3843" w:rsidRPr="00D52847">
        <w:rPr>
          <w:b/>
          <w:lang w:val="et-EE"/>
        </w:rPr>
        <w:t>, konfliktivahenduses</w:t>
      </w:r>
      <w:r w:rsidR="005F160D" w:rsidRPr="00D52847">
        <w:rPr>
          <w:b/>
          <w:lang w:val="et-EE"/>
        </w:rPr>
        <w:t xml:space="preserve"> või </w:t>
      </w:r>
      <w:r w:rsidR="00D97673" w:rsidRPr="00D52847">
        <w:rPr>
          <w:b/>
          <w:lang w:val="et-EE"/>
        </w:rPr>
        <w:t>lepituses</w:t>
      </w:r>
      <w:r w:rsidR="005F160D" w:rsidRPr="00D52847">
        <w:rPr>
          <w:b/>
          <w:lang w:val="et-EE"/>
        </w:rPr>
        <w:t>?</w:t>
      </w:r>
      <w:r w:rsidR="003F5519" w:rsidRPr="00D52847">
        <w:rPr>
          <w:b/>
          <w:lang w:val="et-EE"/>
        </w:rPr>
        <w:t xml:space="preserve"> </w:t>
      </w:r>
      <w:r w:rsidR="002A464D" w:rsidRPr="00D52847">
        <w:rPr>
          <w:lang w:val="et-EE"/>
        </w:rPr>
        <w:br/>
      </w:r>
      <w:r w:rsidR="000D77A6" w:rsidRPr="001B4100">
        <w:rPr>
          <w:i/>
          <w:iCs/>
          <w:lang w:val="et-EE"/>
        </w:rPr>
        <w:t xml:space="preserve">(Arutelusid või lepitust ei soovitata olukordades, kus </w:t>
      </w:r>
      <w:r w:rsidR="5AAA455C" w:rsidRPr="001B4100">
        <w:rPr>
          <w:i/>
          <w:iCs/>
          <w:lang w:val="et-EE"/>
        </w:rPr>
        <w:t>on esinenud</w:t>
      </w:r>
      <w:r w:rsidR="000D77A6" w:rsidRPr="001B4100">
        <w:rPr>
          <w:i/>
          <w:iCs/>
          <w:lang w:val="et-EE"/>
        </w:rPr>
        <w:t xml:space="preserve"> </w:t>
      </w:r>
      <w:r w:rsidR="78D8FD14" w:rsidRPr="001B4100">
        <w:rPr>
          <w:i/>
          <w:iCs/>
          <w:lang w:val="et-EE"/>
        </w:rPr>
        <w:t>(seksuaalne)</w:t>
      </w:r>
      <w:r w:rsidR="000D77A6" w:rsidRPr="001B4100">
        <w:rPr>
          <w:i/>
          <w:iCs/>
          <w:lang w:val="et-EE"/>
        </w:rPr>
        <w:t xml:space="preserve"> ahistamine, diskrimineerimine, osapoolte vahel on selge võimupositsiooni erinevus, </w:t>
      </w:r>
      <w:r w:rsidR="4145A922" w:rsidRPr="001B4100">
        <w:rPr>
          <w:i/>
          <w:iCs/>
          <w:lang w:val="et-EE"/>
        </w:rPr>
        <w:t>ohver tunneb</w:t>
      </w:r>
      <w:r w:rsidR="000D77A6" w:rsidRPr="001B4100">
        <w:rPr>
          <w:i/>
          <w:iCs/>
          <w:lang w:val="et-EE"/>
        </w:rPr>
        <w:t xml:space="preserve"> hirm</w:t>
      </w:r>
      <w:r w:rsidR="5B3EEED9" w:rsidRPr="001B4100">
        <w:rPr>
          <w:i/>
          <w:iCs/>
          <w:lang w:val="et-EE"/>
        </w:rPr>
        <w:t>u</w:t>
      </w:r>
      <w:r w:rsidR="000D77A6" w:rsidRPr="001B4100">
        <w:rPr>
          <w:i/>
          <w:iCs/>
          <w:lang w:val="et-EE"/>
        </w:rPr>
        <w:t>, surve</w:t>
      </w:r>
      <w:r w:rsidR="23D9A51F" w:rsidRPr="001B4100">
        <w:rPr>
          <w:i/>
          <w:iCs/>
          <w:lang w:val="et-EE"/>
        </w:rPr>
        <w:t>t</w:t>
      </w:r>
      <w:r w:rsidR="000D77A6" w:rsidRPr="001B4100">
        <w:rPr>
          <w:i/>
          <w:iCs/>
          <w:lang w:val="et-EE"/>
        </w:rPr>
        <w:t xml:space="preserve"> või turvatunde puudumi</w:t>
      </w:r>
      <w:r w:rsidR="4007A6E0" w:rsidRPr="001B4100">
        <w:rPr>
          <w:i/>
          <w:iCs/>
          <w:lang w:val="et-EE"/>
        </w:rPr>
        <w:t>st</w:t>
      </w:r>
      <w:r w:rsidR="000D77A6" w:rsidRPr="001B4100">
        <w:rPr>
          <w:i/>
          <w:iCs/>
          <w:lang w:val="et-EE"/>
        </w:rPr>
        <w:t xml:space="preserve"> või on oht </w:t>
      </w:r>
      <w:proofErr w:type="spellStart"/>
      <w:r w:rsidR="00105853">
        <w:rPr>
          <w:i/>
          <w:iCs/>
          <w:lang w:val="et-EE"/>
        </w:rPr>
        <w:t>taastraumeerimiseks</w:t>
      </w:r>
      <w:proofErr w:type="spellEnd"/>
      <w:r w:rsidR="00105853">
        <w:rPr>
          <w:i/>
          <w:iCs/>
          <w:lang w:val="et-EE"/>
        </w:rPr>
        <w:t xml:space="preserve">, </w:t>
      </w:r>
      <w:proofErr w:type="spellStart"/>
      <w:r w:rsidR="000D77A6" w:rsidRPr="001B4100">
        <w:rPr>
          <w:i/>
          <w:iCs/>
          <w:lang w:val="et-EE"/>
        </w:rPr>
        <w:t>taasohvristamiseks</w:t>
      </w:r>
      <w:proofErr w:type="spellEnd"/>
      <w:r w:rsidR="000D77A6" w:rsidRPr="001B4100">
        <w:rPr>
          <w:i/>
          <w:iCs/>
          <w:lang w:val="et-EE"/>
        </w:rPr>
        <w:t xml:space="preserve"> või </w:t>
      </w:r>
      <w:r w:rsidR="7FE1BCED" w:rsidRPr="001B4100">
        <w:rPr>
          <w:i/>
          <w:iCs/>
          <w:lang w:val="et-EE"/>
        </w:rPr>
        <w:t xml:space="preserve">kannatanu </w:t>
      </w:r>
      <w:r w:rsidR="000D77A6" w:rsidRPr="001B4100">
        <w:rPr>
          <w:i/>
          <w:iCs/>
          <w:lang w:val="et-EE"/>
        </w:rPr>
        <w:t>edasiseks kahjust</w:t>
      </w:r>
      <w:r w:rsidR="5100709A" w:rsidRPr="001B4100">
        <w:rPr>
          <w:i/>
          <w:iCs/>
          <w:lang w:val="et-EE"/>
        </w:rPr>
        <w:t>amiseks</w:t>
      </w:r>
      <w:r w:rsidR="000D77A6" w:rsidRPr="001B4100">
        <w:rPr>
          <w:i/>
          <w:iCs/>
          <w:lang w:val="et-EE"/>
        </w:rPr>
        <w:t>.</w:t>
      </w:r>
      <w:r w:rsidR="00BB3843" w:rsidRPr="001B4100">
        <w:rPr>
          <w:i/>
          <w:iCs/>
          <w:lang w:val="et-EE"/>
        </w:rPr>
        <w:t xml:space="preserve"> </w:t>
      </w:r>
      <w:r w:rsidR="186B4705" w:rsidRPr="001B4100">
        <w:rPr>
          <w:i/>
          <w:iCs/>
          <w:lang w:val="et-EE"/>
        </w:rPr>
        <w:t>Arutelude eeldus</w:t>
      </w:r>
      <w:r w:rsidR="00BB3843" w:rsidRPr="001B4100">
        <w:rPr>
          <w:i/>
          <w:iCs/>
          <w:lang w:val="et-EE"/>
        </w:rPr>
        <w:t xml:space="preserve"> on kõikide vabatahtlik</w:t>
      </w:r>
      <w:r w:rsidR="00991A5B" w:rsidRPr="001B4100">
        <w:rPr>
          <w:i/>
          <w:iCs/>
          <w:lang w:val="et-EE"/>
        </w:rPr>
        <w:t xml:space="preserve"> osalemine.</w:t>
      </w:r>
      <w:r w:rsidR="00C1474D" w:rsidRPr="001B4100">
        <w:rPr>
          <w:i/>
          <w:iCs/>
          <w:lang w:val="et-EE"/>
        </w:rPr>
        <w:t xml:space="preserve"> Arutelusid</w:t>
      </w:r>
      <w:r w:rsidR="0F53A59E" w:rsidRPr="001B4100">
        <w:rPr>
          <w:i/>
          <w:iCs/>
          <w:lang w:val="et-EE"/>
        </w:rPr>
        <w:t xml:space="preserve"> juhivad </w:t>
      </w:r>
      <w:r w:rsidR="00C1474D" w:rsidRPr="001B4100">
        <w:rPr>
          <w:i/>
          <w:iCs/>
          <w:lang w:val="et-EE"/>
        </w:rPr>
        <w:t xml:space="preserve">selleks koolitatud neutraalsed </w:t>
      </w:r>
      <w:r w:rsidR="009C12ED" w:rsidRPr="001B4100">
        <w:rPr>
          <w:i/>
          <w:iCs/>
          <w:lang w:val="et-EE"/>
        </w:rPr>
        <w:t>vahendajad</w:t>
      </w:r>
      <w:r w:rsidR="00FF3ABF" w:rsidRPr="001B4100">
        <w:rPr>
          <w:i/>
          <w:iCs/>
          <w:lang w:val="et-EE"/>
        </w:rPr>
        <w:t>.</w:t>
      </w:r>
      <w:r w:rsidR="00991A5B" w:rsidRPr="001B4100">
        <w:rPr>
          <w:i/>
          <w:iCs/>
          <w:lang w:val="et-EE"/>
        </w:rPr>
        <w:t>)</w:t>
      </w:r>
    </w:p>
    <w:p w14:paraId="1B104658" w14:textId="69EBD39B" w:rsidR="287437D2" w:rsidRPr="00D52847" w:rsidRDefault="287437D2" w:rsidP="287437D2">
      <w:pPr>
        <w:spacing w:before="0" w:after="0" w:line="276" w:lineRule="auto"/>
        <w:rPr>
          <w:lang w:val="et-EE"/>
        </w:rPr>
      </w:pPr>
    </w:p>
    <w:p w14:paraId="631982C7" w14:textId="4B91FB64" w:rsidR="00E570FA" w:rsidRPr="00D52847" w:rsidRDefault="37323AA2" w:rsidP="008F7390">
      <w:pPr>
        <w:spacing w:before="0" w:after="0" w:line="276" w:lineRule="auto"/>
        <w:ind w:firstLine="567"/>
        <w:rPr>
          <w:b/>
          <w:color w:val="4F81BD" w:themeColor="accent1"/>
          <w:lang w:val="et-EE"/>
        </w:rPr>
      </w:pPr>
      <w:r w:rsidRPr="00D52847">
        <w:rPr>
          <w:b/>
          <w:color w:val="4F81BD" w:themeColor="accent1"/>
          <w:lang w:val="et-EE"/>
        </w:rPr>
        <w:t>J</w:t>
      </w:r>
      <w:r w:rsidR="009F5C4C" w:rsidRPr="00D52847">
        <w:rPr>
          <w:b/>
          <w:color w:val="4F81BD" w:themeColor="accent1"/>
          <w:lang w:val="et-EE"/>
        </w:rPr>
        <w:t>ah</w:t>
      </w:r>
      <w:r w:rsidR="009F5C4C" w:rsidRPr="00D52847">
        <w:rPr>
          <w:lang w:val="et-EE"/>
        </w:rPr>
        <w:tab/>
      </w:r>
      <w:sdt>
        <w:sdtPr>
          <w:rPr>
            <w:b/>
            <w:color w:val="4F81BD" w:themeColor="accent1"/>
            <w:lang w:val="et-EE"/>
          </w:rPr>
          <w:id w:val="1366330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DE29881" w:rsidRPr="00D52847">
            <w:rPr>
              <w:rFonts w:ascii="MS Gothic" w:eastAsia="MS Gothic" w:hAnsi="MS Gothic" w:cs="MS Gothic"/>
              <w:b/>
              <w:color w:val="4F81BD" w:themeColor="accent1"/>
              <w:lang w:val="et-EE"/>
            </w:rPr>
            <w:t>☐</w:t>
          </w:r>
        </w:sdtContent>
      </w:sdt>
      <w:r w:rsidR="009F5C4C" w:rsidRPr="00D52847">
        <w:rPr>
          <w:lang w:val="et-EE"/>
        </w:rPr>
        <w:tab/>
      </w:r>
      <w:r w:rsidR="009F5C4C" w:rsidRPr="00D52847">
        <w:rPr>
          <w:lang w:val="et-EE"/>
        </w:rPr>
        <w:tab/>
      </w:r>
      <w:r w:rsidR="00105853">
        <w:rPr>
          <w:lang w:val="et-EE"/>
        </w:rPr>
        <w:tab/>
      </w:r>
      <w:r w:rsidR="188FE34F" w:rsidRPr="00D52847">
        <w:rPr>
          <w:b/>
          <w:color w:val="4F81BD" w:themeColor="accent1"/>
          <w:lang w:val="et-EE"/>
        </w:rPr>
        <w:t>E</w:t>
      </w:r>
      <w:r w:rsidR="009F5C4C" w:rsidRPr="00D52847">
        <w:rPr>
          <w:b/>
          <w:color w:val="4F81BD" w:themeColor="accent1"/>
          <w:lang w:val="et-EE"/>
        </w:rPr>
        <w:t>i</w:t>
      </w:r>
      <w:r w:rsidR="009F5C4C" w:rsidRPr="00D52847">
        <w:rPr>
          <w:lang w:val="et-EE"/>
        </w:rPr>
        <w:tab/>
      </w:r>
      <w:sdt>
        <w:sdtPr>
          <w:rPr>
            <w:b/>
            <w:color w:val="4F81BD" w:themeColor="accent1"/>
            <w:lang w:val="et-EE"/>
          </w:rPr>
          <w:id w:val="-553470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50B6E4A3" w:rsidRPr="00D52847">
            <w:rPr>
              <w:rFonts w:ascii="MS Gothic" w:eastAsia="MS Gothic" w:hAnsi="MS Gothic" w:cs="MS Gothic"/>
              <w:b/>
              <w:color w:val="4F81BD" w:themeColor="accent1"/>
              <w:lang w:val="et-EE"/>
            </w:rPr>
            <w:t>☐</w:t>
          </w:r>
        </w:sdtContent>
      </w:sdt>
      <w:r w:rsidR="009F5C4C" w:rsidRPr="00D52847">
        <w:rPr>
          <w:lang w:val="et-EE"/>
        </w:rPr>
        <w:tab/>
      </w:r>
      <w:r w:rsidR="00105853">
        <w:rPr>
          <w:lang w:val="et-EE"/>
        </w:rPr>
        <w:tab/>
      </w:r>
      <w:r w:rsidR="009F5C4C" w:rsidRPr="00D52847">
        <w:rPr>
          <w:lang w:val="et-EE"/>
        </w:rPr>
        <w:tab/>
      </w:r>
      <w:proofErr w:type="spellStart"/>
      <w:r w:rsidR="605AB8B7" w:rsidRPr="00D52847">
        <w:rPr>
          <w:b/>
          <w:color w:val="4F81BD" w:themeColor="accent1"/>
          <w:lang w:val="et-EE"/>
        </w:rPr>
        <w:t>E</w:t>
      </w:r>
      <w:r w:rsidR="009F5C4C" w:rsidRPr="00D52847">
        <w:rPr>
          <w:b/>
          <w:color w:val="4F81BD" w:themeColor="accent1"/>
          <w:lang w:val="et-EE"/>
        </w:rPr>
        <w:t>i</w:t>
      </w:r>
      <w:proofErr w:type="spellEnd"/>
      <w:r w:rsidR="009F5C4C" w:rsidRPr="00D52847">
        <w:rPr>
          <w:b/>
          <w:color w:val="4F81BD" w:themeColor="accent1"/>
          <w:lang w:val="et-EE"/>
        </w:rPr>
        <w:t xml:space="preserve"> ole kindel</w:t>
      </w:r>
      <w:r w:rsidR="009F5C4C" w:rsidRPr="00D52847">
        <w:rPr>
          <w:lang w:val="et-EE"/>
        </w:rPr>
        <w:tab/>
      </w:r>
      <w:sdt>
        <w:sdtPr>
          <w:rPr>
            <w:b/>
            <w:color w:val="4F81BD" w:themeColor="accent1"/>
            <w:lang w:val="et-EE"/>
          </w:rPr>
          <w:id w:val="135861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7390" w:rsidRPr="00D52847">
            <w:rPr>
              <w:rFonts w:ascii="MS Gothic" w:eastAsia="MS Gothic" w:hAnsi="MS Gothic"/>
              <w:b/>
              <w:color w:val="4F81BD" w:themeColor="accent1"/>
              <w:lang w:val="et-EE"/>
            </w:rPr>
            <w:t>☐</w:t>
          </w:r>
        </w:sdtContent>
      </w:sdt>
    </w:p>
    <w:p w14:paraId="67E70D7D" w14:textId="77777777" w:rsidR="008F7390" w:rsidRPr="00D52847" w:rsidRDefault="008F7390" w:rsidP="008F7390">
      <w:pPr>
        <w:pStyle w:val="Loendilik"/>
        <w:spacing w:before="0" w:after="0" w:line="276" w:lineRule="auto"/>
        <w:ind w:left="567"/>
        <w:rPr>
          <w:i/>
          <w:iCs/>
          <w:szCs w:val="24"/>
          <w:lang w:val="et-EE"/>
        </w:rPr>
      </w:pPr>
    </w:p>
    <w:p w14:paraId="3D7DA043" w14:textId="75AE039E" w:rsidR="00984DBA" w:rsidRDefault="66E3127D" w:rsidP="007E1801">
      <w:pPr>
        <w:spacing w:before="0" w:after="0" w:line="276" w:lineRule="auto"/>
        <w:rPr>
          <w:lang w:val="et-EE"/>
        </w:rPr>
      </w:pPr>
      <w:r w:rsidRPr="00D52847">
        <w:rPr>
          <w:b/>
          <w:bCs/>
          <w:lang w:val="et-EE"/>
        </w:rPr>
        <w:t xml:space="preserve">10.2. </w:t>
      </w:r>
      <w:r w:rsidR="00E570FA" w:rsidRPr="00D52847">
        <w:rPr>
          <w:b/>
          <w:lang w:val="et-EE"/>
        </w:rPr>
        <w:t xml:space="preserve">Kas </w:t>
      </w:r>
      <w:r w:rsidR="00E570FA" w:rsidRPr="00D52847">
        <w:rPr>
          <w:b/>
          <w:bCs/>
          <w:lang w:val="et-EE"/>
        </w:rPr>
        <w:t>ole</w:t>
      </w:r>
      <w:r w:rsidR="2B83D130" w:rsidRPr="00D52847">
        <w:rPr>
          <w:b/>
          <w:bCs/>
          <w:lang w:val="et-EE"/>
        </w:rPr>
        <w:t>d</w:t>
      </w:r>
      <w:r w:rsidR="00E570FA" w:rsidRPr="00D52847">
        <w:rPr>
          <w:b/>
          <w:lang w:val="et-EE"/>
        </w:rPr>
        <w:t xml:space="preserve"> valmis j</w:t>
      </w:r>
      <w:r w:rsidR="00661650" w:rsidRPr="00D52847">
        <w:rPr>
          <w:b/>
          <w:lang w:val="et-EE"/>
        </w:rPr>
        <w:t xml:space="preserve">agama siinkirjutatud infot asjaga tegelevate inimestega? </w:t>
      </w:r>
      <w:r w:rsidR="002A464D" w:rsidRPr="00D52847">
        <w:rPr>
          <w:lang w:val="et-EE"/>
        </w:rPr>
        <w:br/>
      </w:r>
      <w:r w:rsidR="00984DBA" w:rsidRPr="00105853">
        <w:rPr>
          <w:i/>
          <w:iCs/>
          <w:lang w:val="et-EE"/>
        </w:rPr>
        <w:t xml:space="preserve">(Infot jagatakse üksnes ulatuses, mis on vajalik juhtumi käsitlemiseks, ning ainult </w:t>
      </w:r>
      <w:r w:rsidR="19CF40D2" w:rsidRPr="00105853">
        <w:rPr>
          <w:i/>
          <w:iCs/>
          <w:lang w:val="et-EE"/>
        </w:rPr>
        <w:t>vastava</w:t>
      </w:r>
      <w:r w:rsidR="00984DBA" w:rsidRPr="00105853">
        <w:rPr>
          <w:i/>
          <w:iCs/>
          <w:lang w:val="et-EE"/>
        </w:rPr>
        <w:t xml:space="preserve"> pädev</w:t>
      </w:r>
      <w:r w:rsidR="0749E37C" w:rsidRPr="00105853">
        <w:rPr>
          <w:i/>
          <w:iCs/>
          <w:lang w:val="et-EE"/>
        </w:rPr>
        <w:t>ustega</w:t>
      </w:r>
      <w:r w:rsidR="00984DBA" w:rsidRPr="00105853">
        <w:rPr>
          <w:i/>
          <w:iCs/>
          <w:lang w:val="et-EE"/>
        </w:rPr>
        <w:t xml:space="preserve"> isikute</w:t>
      </w:r>
      <w:r w:rsidR="4D10B40D" w:rsidRPr="00105853">
        <w:rPr>
          <w:i/>
          <w:iCs/>
          <w:lang w:val="et-EE"/>
        </w:rPr>
        <w:t>le</w:t>
      </w:r>
      <w:r w:rsidR="4D896B7B" w:rsidRPr="00105853">
        <w:rPr>
          <w:i/>
          <w:iCs/>
          <w:lang w:val="et-EE"/>
        </w:rPr>
        <w:t>.</w:t>
      </w:r>
      <w:r w:rsidR="00984DBA" w:rsidRPr="00105853">
        <w:rPr>
          <w:i/>
          <w:iCs/>
          <w:lang w:val="et-EE"/>
        </w:rPr>
        <w:t xml:space="preserve"> </w:t>
      </w:r>
      <w:r w:rsidR="3DBA05EB" w:rsidRPr="00105853">
        <w:rPr>
          <w:i/>
          <w:iCs/>
          <w:lang w:val="et-EE"/>
        </w:rPr>
        <w:t>J</w:t>
      </w:r>
      <w:r w:rsidR="00984DBA" w:rsidRPr="00105853">
        <w:rPr>
          <w:i/>
          <w:iCs/>
          <w:lang w:val="et-EE"/>
        </w:rPr>
        <w:t xml:space="preserve">agamist võidakse piirata või kohandada, kui see on vajalik </w:t>
      </w:r>
      <w:r w:rsidR="1A910244" w:rsidRPr="00105853">
        <w:rPr>
          <w:i/>
          <w:iCs/>
          <w:lang w:val="et-EE"/>
        </w:rPr>
        <w:t>S</w:t>
      </w:r>
      <w:r w:rsidR="00984DBA" w:rsidRPr="00105853">
        <w:rPr>
          <w:i/>
          <w:iCs/>
          <w:lang w:val="et-EE"/>
        </w:rPr>
        <w:t>inu privaatsuse, turvalisuse või heaolu kaitsmiseks.)</w:t>
      </w:r>
    </w:p>
    <w:p w14:paraId="6AAEA3B8" w14:textId="77777777" w:rsidR="00E61421" w:rsidRPr="00D52847" w:rsidRDefault="00E61421" w:rsidP="007E1801">
      <w:pPr>
        <w:spacing w:before="0" w:after="0" w:line="276" w:lineRule="auto"/>
        <w:rPr>
          <w:lang w:val="et-EE"/>
        </w:rPr>
      </w:pPr>
    </w:p>
    <w:p w14:paraId="7AA3EA2B" w14:textId="6F9AAD65" w:rsidR="009F5C4C" w:rsidRPr="00D52847" w:rsidRDefault="641EA35A" w:rsidP="008F7390">
      <w:pPr>
        <w:spacing w:before="0" w:after="0" w:line="276" w:lineRule="auto"/>
        <w:ind w:firstLine="567"/>
        <w:rPr>
          <w:b/>
          <w:color w:val="4F81BD" w:themeColor="accent1"/>
          <w:lang w:val="et-EE"/>
        </w:rPr>
      </w:pPr>
      <w:r w:rsidRPr="00D52847">
        <w:rPr>
          <w:b/>
          <w:bCs/>
          <w:color w:val="4F81BD" w:themeColor="accent1"/>
          <w:lang w:val="et-EE"/>
        </w:rPr>
        <w:t>J</w:t>
      </w:r>
      <w:r w:rsidR="009F5C4C" w:rsidRPr="00D52847">
        <w:rPr>
          <w:b/>
          <w:bCs/>
          <w:color w:val="4F81BD" w:themeColor="accent1"/>
          <w:lang w:val="et-EE"/>
        </w:rPr>
        <w:t>ah</w:t>
      </w:r>
      <w:r w:rsidRPr="00D52847">
        <w:rPr>
          <w:lang w:val="et-EE"/>
        </w:rPr>
        <w:tab/>
      </w:r>
      <w:sdt>
        <w:sdtPr>
          <w:rPr>
            <w:b/>
            <w:bCs/>
            <w:color w:val="4F81BD" w:themeColor="accent1"/>
            <w:lang w:val="et-EE"/>
          </w:rPr>
          <w:id w:val="8373453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D52847">
            <w:rPr>
              <w:rFonts w:ascii="MS Gothic" w:eastAsia="MS Gothic" w:hAnsi="MS Gothic"/>
              <w:b/>
              <w:bCs/>
              <w:color w:val="4F81BD" w:themeColor="accent1"/>
              <w:lang w:val="et-EE"/>
            </w:rPr>
            <w:t>☐</w:t>
          </w:r>
        </w:sdtContent>
      </w:sdt>
      <w:r w:rsidRPr="00D52847">
        <w:rPr>
          <w:lang w:val="et-EE"/>
        </w:rPr>
        <w:tab/>
      </w:r>
      <w:r w:rsidRPr="00D52847">
        <w:rPr>
          <w:lang w:val="et-EE"/>
        </w:rPr>
        <w:tab/>
      </w:r>
      <w:r w:rsidRPr="00D52847">
        <w:rPr>
          <w:lang w:val="et-EE"/>
        </w:rPr>
        <w:tab/>
      </w:r>
      <w:r w:rsidR="6590138A" w:rsidRPr="00D52847">
        <w:rPr>
          <w:b/>
          <w:bCs/>
          <w:color w:val="4F81BD" w:themeColor="accent1"/>
          <w:lang w:val="et-EE"/>
        </w:rPr>
        <w:t>E</w:t>
      </w:r>
      <w:r w:rsidR="009F5C4C" w:rsidRPr="00D52847">
        <w:rPr>
          <w:b/>
          <w:bCs/>
          <w:color w:val="4F81BD" w:themeColor="accent1"/>
          <w:lang w:val="et-EE"/>
        </w:rPr>
        <w:t>i</w:t>
      </w:r>
      <w:r w:rsidRPr="00D52847">
        <w:rPr>
          <w:lang w:val="et-EE"/>
        </w:rPr>
        <w:tab/>
      </w:r>
      <w:sdt>
        <w:sdtPr>
          <w:rPr>
            <w:b/>
            <w:bCs/>
            <w:color w:val="4F81BD" w:themeColor="accent1"/>
            <w:lang w:val="et-EE"/>
          </w:rPr>
          <w:id w:val="-198553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D52847">
            <w:rPr>
              <w:rFonts w:ascii="MS Gothic" w:eastAsia="MS Gothic" w:hAnsi="MS Gothic"/>
              <w:b/>
              <w:bCs/>
              <w:color w:val="4F81BD" w:themeColor="accent1"/>
              <w:lang w:val="et-EE"/>
            </w:rPr>
            <w:t>☐</w:t>
          </w:r>
        </w:sdtContent>
      </w:sdt>
      <w:r w:rsidRPr="00D52847">
        <w:rPr>
          <w:lang w:val="et-EE"/>
        </w:rPr>
        <w:tab/>
      </w:r>
      <w:r w:rsidRPr="00D52847">
        <w:rPr>
          <w:lang w:val="et-EE"/>
        </w:rPr>
        <w:tab/>
      </w:r>
      <w:r w:rsidRPr="00D52847">
        <w:rPr>
          <w:lang w:val="et-EE"/>
        </w:rPr>
        <w:tab/>
      </w:r>
      <w:proofErr w:type="spellStart"/>
      <w:r w:rsidR="7F970DA5" w:rsidRPr="00D52847">
        <w:rPr>
          <w:b/>
          <w:bCs/>
          <w:color w:val="4F81BD" w:themeColor="accent1"/>
          <w:lang w:val="et-EE"/>
        </w:rPr>
        <w:t>E</w:t>
      </w:r>
      <w:r w:rsidR="009F5C4C" w:rsidRPr="00D52847">
        <w:rPr>
          <w:b/>
          <w:bCs/>
          <w:color w:val="4F81BD" w:themeColor="accent1"/>
          <w:lang w:val="et-EE"/>
        </w:rPr>
        <w:t>i</w:t>
      </w:r>
      <w:proofErr w:type="spellEnd"/>
      <w:r w:rsidR="009F5C4C" w:rsidRPr="00D52847">
        <w:rPr>
          <w:b/>
          <w:color w:val="4F81BD" w:themeColor="accent1"/>
          <w:lang w:val="et-EE"/>
        </w:rPr>
        <w:t xml:space="preserve"> ole kindel</w:t>
      </w:r>
      <w:r w:rsidR="00C72570" w:rsidRPr="00D52847">
        <w:rPr>
          <w:lang w:val="et-EE"/>
        </w:rPr>
        <w:tab/>
      </w:r>
      <w:sdt>
        <w:sdtPr>
          <w:rPr>
            <w:b/>
            <w:color w:val="4F81BD" w:themeColor="accent1"/>
            <w:lang w:val="et-EE"/>
          </w:rPr>
          <w:id w:val="1846214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CDD" w:rsidRPr="00D52847">
            <w:rPr>
              <w:rFonts w:ascii="MS Gothic" w:eastAsia="MS Gothic" w:hAnsi="MS Gothic"/>
              <w:b/>
              <w:color w:val="4F81BD" w:themeColor="accent1"/>
              <w:lang w:val="et-EE"/>
            </w:rPr>
            <w:t>☐</w:t>
          </w:r>
        </w:sdtContent>
      </w:sdt>
    </w:p>
    <w:p w14:paraId="5D951352" w14:textId="77777777" w:rsidR="008F7390" w:rsidRPr="00D52847" w:rsidRDefault="008F7390" w:rsidP="008F7390">
      <w:pPr>
        <w:pStyle w:val="Loendilik"/>
        <w:spacing w:before="0" w:after="0" w:line="276" w:lineRule="auto"/>
        <w:ind w:left="709"/>
        <w:rPr>
          <w:i/>
          <w:iCs/>
          <w:szCs w:val="24"/>
          <w:lang w:val="et-EE"/>
        </w:rPr>
      </w:pPr>
    </w:p>
    <w:p w14:paraId="115D0438" w14:textId="11ED0C8A" w:rsidR="00320212" w:rsidRDefault="510AFE6E" w:rsidP="007E1801">
      <w:pPr>
        <w:spacing w:before="0" w:after="0" w:line="276" w:lineRule="auto"/>
        <w:rPr>
          <w:lang w:val="et-EE"/>
        </w:rPr>
      </w:pPr>
      <w:r w:rsidRPr="00D52847">
        <w:rPr>
          <w:b/>
          <w:bCs/>
          <w:lang w:val="et-EE"/>
        </w:rPr>
        <w:t xml:space="preserve">10.3. </w:t>
      </w:r>
      <w:r w:rsidR="00E570FA" w:rsidRPr="00D52847">
        <w:rPr>
          <w:b/>
          <w:lang w:val="et-EE"/>
        </w:rPr>
        <w:t>Kas oled valmis e</w:t>
      </w:r>
      <w:r w:rsidR="003F5519" w:rsidRPr="00D52847">
        <w:rPr>
          <w:b/>
          <w:lang w:val="et-EE"/>
        </w:rPr>
        <w:t xml:space="preserve">sitama ametliku </w:t>
      </w:r>
      <w:r w:rsidR="003F5519" w:rsidRPr="00D52847">
        <w:rPr>
          <w:b/>
          <w:bCs/>
          <w:lang w:val="et-EE"/>
        </w:rPr>
        <w:t>kaebus</w:t>
      </w:r>
      <w:r w:rsidR="4CC09FD7" w:rsidRPr="00D52847">
        <w:rPr>
          <w:b/>
          <w:bCs/>
          <w:lang w:val="et-EE"/>
        </w:rPr>
        <w:t xml:space="preserve">e </w:t>
      </w:r>
      <w:r w:rsidR="003F5519" w:rsidRPr="00D52847">
        <w:rPr>
          <w:b/>
          <w:lang w:val="et-EE"/>
        </w:rPr>
        <w:t>oma nimega</w:t>
      </w:r>
      <w:r w:rsidR="00661650" w:rsidRPr="00D52847">
        <w:rPr>
          <w:b/>
          <w:lang w:val="et-EE"/>
        </w:rPr>
        <w:t xml:space="preserve">? </w:t>
      </w:r>
      <w:r w:rsidR="002A464D" w:rsidRPr="00D52847">
        <w:rPr>
          <w:lang w:val="et-EE"/>
        </w:rPr>
        <w:br/>
      </w:r>
      <w:r w:rsidR="00320212" w:rsidRPr="00105853">
        <w:rPr>
          <w:i/>
          <w:iCs/>
          <w:lang w:val="et-EE"/>
        </w:rPr>
        <w:t xml:space="preserve">(Ametliku kaebuse esitamine tähendab, et </w:t>
      </w:r>
      <w:r w:rsidR="495F200E" w:rsidRPr="00105853">
        <w:rPr>
          <w:i/>
          <w:iCs/>
          <w:lang w:val="et-EE"/>
        </w:rPr>
        <w:t>S</w:t>
      </w:r>
      <w:r w:rsidR="00320212" w:rsidRPr="00105853">
        <w:rPr>
          <w:i/>
          <w:iCs/>
          <w:lang w:val="et-EE"/>
        </w:rPr>
        <w:t>inu isik avalikustatakse menetluse käigus asjaga seotu</w:t>
      </w:r>
      <w:r w:rsidR="1DFCB936" w:rsidRPr="00105853">
        <w:rPr>
          <w:i/>
          <w:iCs/>
          <w:lang w:val="et-EE"/>
        </w:rPr>
        <w:t>tele</w:t>
      </w:r>
      <w:r w:rsidR="478C536F" w:rsidRPr="00105853">
        <w:rPr>
          <w:i/>
          <w:iCs/>
          <w:lang w:val="et-EE"/>
        </w:rPr>
        <w:t>. S</w:t>
      </w:r>
      <w:r w:rsidR="00320212" w:rsidRPr="00105853">
        <w:rPr>
          <w:i/>
          <w:iCs/>
          <w:lang w:val="et-EE"/>
        </w:rPr>
        <w:t xml:space="preserve">ee võib kaasa tuua edasise menetluse, suhtluse teiste </w:t>
      </w:r>
      <w:r w:rsidR="66CBAF8A" w:rsidRPr="00105853">
        <w:rPr>
          <w:i/>
          <w:iCs/>
          <w:lang w:val="et-EE"/>
        </w:rPr>
        <w:t>asjaosalistega</w:t>
      </w:r>
      <w:r w:rsidR="00320212" w:rsidRPr="00105853">
        <w:rPr>
          <w:i/>
          <w:iCs/>
          <w:lang w:val="et-EE"/>
        </w:rPr>
        <w:t xml:space="preserve"> </w:t>
      </w:r>
      <w:r w:rsidR="2A455D91" w:rsidRPr="00105853">
        <w:rPr>
          <w:i/>
          <w:iCs/>
          <w:lang w:val="et-EE"/>
        </w:rPr>
        <w:t>ja</w:t>
      </w:r>
      <w:r w:rsidR="00320212" w:rsidRPr="00105853">
        <w:rPr>
          <w:i/>
          <w:iCs/>
          <w:lang w:val="et-EE"/>
        </w:rPr>
        <w:t xml:space="preserve"> emotsionaalse koormuse, mille</w:t>
      </w:r>
      <w:r w:rsidR="610E0AC0" w:rsidRPr="00105853">
        <w:rPr>
          <w:i/>
          <w:iCs/>
          <w:lang w:val="et-EE"/>
        </w:rPr>
        <w:t>ga toimetulekuks</w:t>
      </w:r>
      <w:r w:rsidR="00320212" w:rsidRPr="00105853">
        <w:rPr>
          <w:i/>
          <w:iCs/>
          <w:lang w:val="et-EE"/>
        </w:rPr>
        <w:t xml:space="preserve"> pakutakse vajaduse</w:t>
      </w:r>
      <w:r w:rsidR="2B9F7147" w:rsidRPr="00105853">
        <w:rPr>
          <w:i/>
          <w:iCs/>
          <w:lang w:val="et-EE"/>
        </w:rPr>
        <w:t xml:space="preserve"> korra</w:t>
      </w:r>
      <w:r w:rsidR="00320212" w:rsidRPr="00105853">
        <w:rPr>
          <w:i/>
          <w:iCs/>
          <w:lang w:val="et-EE"/>
        </w:rPr>
        <w:t xml:space="preserve">l </w:t>
      </w:r>
      <w:r w:rsidR="383B2517" w:rsidRPr="00105853">
        <w:rPr>
          <w:i/>
          <w:iCs/>
          <w:lang w:val="et-EE"/>
        </w:rPr>
        <w:t>lisa</w:t>
      </w:r>
      <w:r w:rsidR="00320212" w:rsidRPr="00105853">
        <w:rPr>
          <w:i/>
          <w:iCs/>
          <w:lang w:val="et-EE"/>
        </w:rPr>
        <w:t>tuge.)</w:t>
      </w:r>
    </w:p>
    <w:p w14:paraId="4C2FEA3F" w14:textId="77777777" w:rsidR="00E61421" w:rsidRPr="00D52847" w:rsidRDefault="00E61421" w:rsidP="007E1801">
      <w:pPr>
        <w:spacing w:before="0" w:after="0" w:line="276" w:lineRule="auto"/>
        <w:rPr>
          <w:lang w:val="et-EE"/>
        </w:rPr>
      </w:pPr>
    </w:p>
    <w:p w14:paraId="0224C0DB" w14:textId="7EFE6162" w:rsidR="009F5C4C" w:rsidRPr="00D52847" w:rsidRDefault="7E3CBC85" w:rsidP="008F7390">
      <w:pPr>
        <w:spacing w:before="0" w:after="0" w:line="276" w:lineRule="auto"/>
        <w:ind w:firstLine="709"/>
        <w:rPr>
          <w:b/>
          <w:color w:val="4F81BD" w:themeColor="accent1"/>
          <w:lang w:val="et-EE"/>
        </w:rPr>
      </w:pPr>
      <w:r w:rsidRPr="00D52847">
        <w:rPr>
          <w:b/>
          <w:bCs/>
          <w:color w:val="4F81BD" w:themeColor="accent1"/>
          <w:lang w:val="et-EE"/>
        </w:rPr>
        <w:t>J</w:t>
      </w:r>
      <w:r w:rsidR="009F5C4C" w:rsidRPr="00D52847">
        <w:rPr>
          <w:b/>
          <w:bCs/>
          <w:color w:val="4F81BD" w:themeColor="accent1"/>
          <w:lang w:val="et-EE"/>
        </w:rPr>
        <w:t>ah</w:t>
      </w:r>
      <w:r w:rsidRPr="00D52847">
        <w:rPr>
          <w:lang w:val="et-EE"/>
        </w:rPr>
        <w:tab/>
      </w:r>
      <w:sdt>
        <w:sdtPr>
          <w:rPr>
            <w:b/>
            <w:bCs/>
            <w:color w:val="4F81BD" w:themeColor="accent1"/>
            <w:lang w:val="et-EE"/>
          </w:rPr>
          <w:id w:val="-1909923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D52847">
            <w:rPr>
              <w:rFonts w:ascii="MS Gothic" w:eastAsia="MS Gothic" w:hAnsi="MS Gothic"/>
              <w:b/>
              <w:bCs/>
              <w:color w:val="4F81BD" w:themeColor="accent1"/>
              <w:lang w:val="et-EE"/>
            </w:rPr>
            <w:t>☐</w:t>
          </w:r>
        </w:sdtContent>
      </w:sdt>
      <w:r w:rsidRPr="00D52847">
        <w:rPr>
          <w:lang w:val="et-EE"/>
        </w:rPr>
        <w:tab/>
      </w:r>
      <w:r w:rsidRPr="00D52847">
        <w:rPr>
          <w:lang w:val="et-EE"/>
        </w:rPr>
        <w:tab/>
      </w:r>
      <w:r w:rsidRPr="00D52847">
        <w:rPr>
          <w:lang w:val="et-EE"/>
        </w:rPr>
        <w:tab/>
      </w:r>
      <w:r w:rsidR="7BA5120F" w:rsidRPr="00D52847">
        <w:rPr>
          <w:b/>
          <w:bCs/>
          <w:color w:val="4F81BD" w:themeColor="accent1"/>
          <w:lang w:val="et-EE"/>
        </w:rPr>
        <w:t>E</w:t>
      </w:r>
      <w:r w:rsidR="009F5C4C" w:rsidRPr="00D52847">
        <w:rPr>
          <w:b/>
          <w:bCs/>
          <w:color w:val="4F81BD" w:themeColor="accent1"/>
          <w:lang w:val="et-EE"/>
        </w:rPr>
        <w:t>i</w:t>
      </w:r>
      <w:r w:rsidRPr="00D52847">
        <w:rPr>
          <w:lang w:val="et-EE"/>
        </w:rPr>
        <w:tab/>
      </w:r>
      <w:sdt>
        <w:sdtPr>
          <w:rPr>
            <w:b/>
            <w:bCs/>
            <w:color w:val="4F81BD" w:themeColor="accent1"/>
            <w:lang w:val="et-EE"/>
          </w:rPr>
          <w:id w:val="-1330824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D52847">
            <w:rPr>
              <w:rFonts w:ascii="MS Gothic" w:eastAsia="MS Gothic" w:hAnsi="MS Gothic"/>
              <w:b/>
              <w:bCs/>
              <w:color w:val="4F81BD" w:themeColor="accent1"/>
              <w:lang w:val="et-EE"/>
            </w:rPr>
            <w:t>☐</w:t>
          </w:r>
        </w:sdtContent>
      </w:sdt>
      <w:r w:rsidRPr="00D52847">
        <w:rPr>
          <w:lang w:val="et-EE"/>
        </w:rPr>
        <w:tab/>
      </w:r>
      <w:r w:rsidRPr="00D52847">
        <w:rPr>
          <w:lang w:val="et-EE"/>
        </w:rPr>
        <w:tab/>
      </w:r>
      <w:r w:rsidRPr="00D52847">
        <w:rPr>
          <w:lang w:val="et-EE"/>
        </w:rPr>
        <w:tab/>
      </w:r>
      <w:proofErr w:type="spellStart"/>
      <w:r w:rsidR="49C3D808" w:rsidRPr="00D52847">
        <w:rPr>
          <w:b/>
          <w:bCs/>
          <w:color w:val="4F81BD" w:themeColor="accent1"/>
          <w:lang w:val="et-EE"/>
        </w:rPr>
        <w:t>E</w:t>
      </w:r>
      <w:r w:rsidR="009F5C4C" w:rsidRPr="00D52847">
        <w:rPr>
          <w:b/>
          <w:bCs/>
          <w:color w:val="4F81BD" w:themeColor="accent1"/>
          <w:lang w:val="et-EE"/>
        </w:rPr>
        <w:t>i</w:t>
      </w:r>
      <w:proofErr w:type="spellEnd"/>
      <w:r w:rsidR="009F5C4C" w:rsidRPr="00D52847">
        <w:rPr>
          <w:b/>
          <w:color w:val="4F81BD" w:themeColor="accent1"/>
          <w:lang w:val="et-EE"/>
        </w:rPr>
        <w:t xml:space="preserve"> ole kindel</w:t>
      </w:r>
      <w:r w:rsidR="00C72570" w:rsidRPr="00D52847">
        <w:rPr>
          <w:lang w:val="et-EE"/>
        </w:rPr>
        <w:tab/>
      </w:r>
      <w:r w:rsidR="00C72570" w:rsidRPr="00D52847">
        <w:rPr>
          <w:b/>
          <w:color w:val="4F81BD" w:themeColor="accent1"/>
          <w:lang w:val="et-EE"/>
        </w:rPr>
        <w:t xml:space="preserve"> </w:t>
      </w:r>
      <w:sdt>
        <w:sdtPr>
          <w:rPr>
            <w:b/>
            <w:color w:val="4F81BD" w:themeColor="accent1"/>
            <w:lang w:val="et-EE"/>
          </w:rPr>
          <w:id w:val="-746716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2570" w:rsidRPr="00D52847">
            <w:rPr>
              <w:rFonts w:ascii="MS Gothic" w:eastAsia="MS Gothic" w:hAnsi="MS Gothic"/>
              <w:b/>
              <w:color w:val="4F81BD" w:themeColor="accent1"/>
              <w:lang w:val="et-EE"/>
            </w:rPr>
            <w:t>☐</w:t>
          </w:r>
        </w:sdtContent>
      </w:sdt>
    </w:p>
    <w:p w14:paraId="2C118391" w14:textId="77777777" w:rsidR="008F7390" w:rsidRPr="00D52847" w:rsidRDefault="008F7390" w:rsidP="007F2492">
      <w:pPr>
        <w:spacing w:before="0" w:after="0" w:line="276" w:lineRule="auto"/>
        <w:rPr>
          <w:rStyle w:val="Pealkiri2Mrk"/>
        </w:rPr>
      </w:pPr>
    </w:p>
    <w:p w14:paraId="7150DDE8" w14:textId="023293EE" w:rsidR="00075C24" w:rsidRPr="00D52847" w:rsidRDefault="09F587C7" w:rsidP="00075C24">
      <w:pPr>
        <w:pStyle w:val="Pealkiri2"/>
        <w:rPr>
          <w:shd w:val="clear" w:color="auto" w:fill="DBE5F1" w:themeFill="accent1" w:themeFillTint="33"/>
        </w:rPr>
      </w:pPr>
      <w:r w:rsidRPr="00D52847">
        <w:rPr>
          <w:rStyle w:val="Pealkiri2Mrk"/>
          <w:b/>
          <w:bCs/>
        </w:rPr>
        <w:t xml:space="preserve"> </w:t>
      </w:r>
      <w:r w:rsidR="00075C24" w:rsidRPr="00D52847">
        <w:rPr>
          <w:rStyle w:val="Pealkiri2Mrk"/>
          <w:b/>
          <w:bCs/>
        </w:rPr>
        <w:t>ÜLEVAADE</w:t>
      </w:r>
      <w:r w:rsidR="00BE3B05">
        <w:rPr>
          <w:rStyle w:val="Pealkiri2Mrk"/>
          <w:b/>
          <w:bCs/>
        </w:rPr>
        <w:t xml:space="preserve"> JA LISAMÄRKUSED</w:t>
      </w:r>
    </w:p>
    <w:p w14:paraId="147768DC" w14:textId="7A19CFD3" w:rsidR="008E5812" w:rsidRPr="00A51AC8" w:rsidRDefault="005F160D" w:rsidP="007F2492">
      <w:pPr>
        <w:spacing w:before="0" w:after="0" w:line="276" w:lineRule="auto"/>
        <w:rPr>
          <w:i/>
          <w:iCs/>
          <w:lang w:val="et-EE"/>
        </w:rPr>
      </w:pPr>
      <w:r w:rsidRPr="00A51AC8">
        <w:rPr>
          <w:i/>
          <w:iCs/>
          <w:lang w:val="et-EE"/>
        </w:rPr>
        <w:t xml:space="preserve">Muu </w:t>
      </w:r>
      <w:r w:rsidR="64138FBB" w:rsidRPr="00A51AC8">
        <w:rPr>
          <w:i/>
          <w:iCs/>
          <w:lang w:val="et-EE"/>
        </w:rPr>
        <w:t>teave</w:t>
      </w:r>
      <w:r w:rsidR="00FA14FB" w:rsidRPr="00A51AC8">
        <w:rPr>
          <w:i/>
          <w:iCs/>
          <w:lang w:val="et-EE"/>
        </w:rPr>
        <w:t>, mis on vajalik olukorra mõistmiseks</w:t>
      </w:r>
      <w:r w:rsidR="002167A8" w:rsidRPr="00A51AC8">
        <w:rPr>
          <w:i/>
          <w:iCs/>
          <w:lang w:val="et-EE"/>
        </w:rPr>
        <w:t>,</w:t>
      </w:r>
      <w:r w:rsidR="00072E97" w:rsidRPr="00A51AC8">
        <w:rPr>
          <w:i/>
          <w:iCs/>
          <w:lang w:val="et-EE"/>
        </w:rPr>
        <w:t xml:space="preserve"> n</w:t>
      </w:r>
      <w:r w:rsidR="00F84CC7" w:rsidRPr="00A51AC8">
        <w:rPr>
          <w:i/>
          <w:iCs/>
          <w:lang w:val="et-EE"/>
        </w:rPr>
        <w:t>äiteks</w:t>
      </w:r>
      <w:r w:rsidR="002167A8" w:rsidRPr="00A51AC8">
        <w:rPr>
          <w:i/>
          <w:iCs/>
          <w:lang w:val="et-EE"/>
        </w:rPr>
        <w:t xml:space="preserve"> ajajoon ja sündmus(t)e kontekst</w:t>
      </w:r>
      <w:r w:rsidR="00BE3B05" w:rsidRPr="00A51AC8">
        <w:rPr>
          <w:i/>
          <w:iCs/>
          <w:lang w:val="et-EE"/>
        </w:rPr>
        <w:t xml:space="preserve"> või kohtumisel kokku lepitud edasine tegevuskava</w:t>
      </w:r>
      <w:r w:rsidR="39691A59" w:rsidRPr="00A51AC8">
        <w:rPr>
          <w:i/>
          <w:iCs/>
          <w:lang w:val="et-EE"/>
        </w:rPr>
        <w:t>.</w:t>
      </w:r>
    </w:p>
    <w:p w14:paraId="0B58CDD2" w14:textId="77777777" w:rsidR="00E61421" w:rsidRPr="00D52847" w:rsidRDefault="00E61421" w:rsidP="007F2492">
      <w:pPr>
        <w:spacing w:before="0" w:after="0" w:line="276" w:lineRule="auto"/>
        <w:rPr>
          <w:lang w:val="et-EE"/>
        </w:rPr>
      </w:pPr>
    </w:p>
    <w:p w14:paraId="30585F68" w14:textId="37300057" w:rsidR="0075603F" w:rsidRPr="00D52847" w:rsidRDefault="00CD50E8" w:rsidP="007F2492">
      <w:pPr>
        <w:spacing w:line="276" w:lineRule="auto"/>
        <w:rPr>
          <w:i/>
          <w:iCs/>
          <w:lang w:val="et-EE"/>
        </w:rPr>
      </w:pPr>
      <w:sdt>
        <w:sdtPr>
          <w:rPr>
            <w:lang w:val="et-EE"/>
          </w:rPr>
          <w:id w:val="-712421233"/>
          <w:placeholder>
            <w:docPart w:val="B24852DED1B14CDDB44B988603CEFAD6"/>
          </w:placeholder>
        </w:sdtPr>
        <w:sdtEndPr/>
        <w:sdtContent>
          <w:sdt>
            <w:sdtPr>
              <w:rPr>
                <w:rStyle w:val="Laad1"/>
                <w:lang w:val="et-EE"/>
              </w:rPr>
              <w:id w:val="-1011136713"/>
              <w:placeholder>
                <w:docPart w:val="994D2BB2B63D4D2B890DBA5E6B992861"/>
              </w:placeholder>
              <w15:color w:val="3366FF"/>
            </w:sdtPr>
            <w:sdtEndPr>
              <w:rPr>
                <w:rStyle w:val="Laad1"/>
              </w:rPr>
            </w:sdtEndPr>
            <w:sdtContent>
              <w:r w:rsidR="003D45F0" w:rsidRPr="00D52847">
                <w:rPr>
                  <w:rStyle w:val="Laad1"/>
                  <w:lang w:val="et-EE"/>
                </w:rPr>
                <w:t>Teksti sisestamiseks klõpsa siin.</w:t>
              </w:r>
            </w:sdtContent>
          </w:sdt>
        </w:sdtContent>
      </w:sdt>
    </w:p>
    <w:p w14:paraId="50D1A86B" w14:textId="77777777" w:rsidR="00666EB4" w:rsidRPr="00D52847" w:rsidRDefault="00666EB4" w:rsidP="007F2492">
      <w:pPr>
        <w:spacing w:before="0" w:after="0" w:line="276" w:lineRule="auto"/>
        <w:rPr>
          <w:i/>
          <w:iCs/>
          <w:szCs w:val="24"/>
          <w:lang w:val="et-EE"/>
        </w:rPr>
      </w:pPr>
    </w:p>
    <w:p w14:paraId="188F5D98" w14:textId="470E90E2" w:rsidR="004419C3" w:rsidRPr="00D52847" w:rsidRDefault="00D97673" w:rsidP="007F2492">
      <w:pPr>
        <w:spacing w:before="0" w:after="0" w:line="276" w:lineRule="auto"/>
        <w:rPr>
          <w:i/>
          <w:lang w:val="et-EE"/>
        </w:rPr>
      </w:pPr>
      <w:r w:rsidRPr="00D52847">
        <w:rPr>
          <w:lang w:val="et-EE"/>
        </w:rPr>
        <w:lastRenderedPageBreak/>
        <w:br/>
      </w:r>
      <w:r w:rsidR="00B61713" w:rsidRPr="00D52847">
        <w:rPr>
          <w:lang w:val="et-EE"/>
        </w:rPr>
        <w:t xml:space="preserve">Allkiri:_____________________ või </w:t>
      </w:r>
      <w:sdt>
        <w:sdtPr>
          <w:rPr>
            <w:b/>
            <w:bCs/>
            <w:color w:val="4F81BD" w:themeColor="accent1"/>
            <w:sz w:val="28"/>
            <w:szCs w:val="28"/>
            <w:lang w:val="et-EE"/>
          </w:rPr>
          <w:id w:val="-985699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61713" w:rsidRPr="00D52847">
            <w:rPr>
              <w:rFonts w:ascii="MS Gothic" w:eastAsia="MS Gothic" w:hAnsi="MS Gothic"/>
              <w:b/>
              <w:bCs/>
              <w:color w:val="4F81BD" w:themeColor="accent1"/>
              <w:sz w:val="28"/>
              <w:szCs w:val="28"/>
              <w:lang w:val="et-EE"/>
            </w:rPr>
            <w:t>☐</w:t>
          </w:r>
        </w:sdtContent>
      </w:sdt>
      <w:r w:rsidR="00B61713" w:rsidRPr="00D52847">
        <w:rPr>
          <w:i/>
          <w:lang w:val="et-EE"/>
        </w:rPr>
        <w:t xml:space="preserve"> </w:t>
      </w:r>
      <w:r w:rsidR="00B61713" w:rsidRPr="00D52847">
        <w:rPr>
          <w:lang w:val="et-EE"/>
        </w:rPr>
        <w:t xml:space="preserve">allkirjastatud digitaalselt </w:t>
      </w:r>
    </w:p>
    <w:sectPr w:rsidR="004419C3" w:rsidRPr="00D52847" w:rsidSect="007B674F">
      <w:headerReference w:type="default" r:id="rId11"/>
      <w:footerReference w:type="default" r:id="rId12"/>
      <w:pgSz w:w="12240" w:h="15840"/>
      <w:pgMar w:top="744" w:right="758" w:bottom="1134" w:left="993" w:header="568" w:footer="3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6DDEA" w14:textId="77777777" w:rsidR="00CD50E8" w:rsidRDefault="00CD50E8" w:rsidP="00D97673">
      <w:pPr>
        <w:spacing w:before="0" w:after="0"/>
      </w:pPr>
      <w:r>
        <w:separator/>
      </w:r>
    </w:p>
  </w:endnote>
  <w:endnote w:type="continuationSeparator" w:id="0">
    <w:p w14:paraId="1D45845C" w14:textId="77777777" w:rsidR="00CD50E8" w:rsidRDefault="00CD50E8" w:rsidP="00D9767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4030877"/>
      <w:docPartObj>
        <w:docPartGallery w:val="Page Numbers (Bottom of Page)"/>
        <w:docPartUnique/>
      </w:docPartObj>
    </w:sdtPr>
    <w:sdtEndPr/>
    <w:sdtContent>
      <w:p w14:paraId="0F13CA54" w14:textId="7ABF1933" w:rsidR="00D97673" w:rsidRDefault="00D97673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t-EE"/>
          </w:rPr>
          <w:t>2</w:t>
        </w:r>
        <w:r>
          <w:fldChar w:fldCharType="end"/>
        </w:r>
      </w:p>
    </w:sdtContent>
  </w:sdt>
  <w:p w14:paraId="4AE08051" w14:textId="77777777" w:rsidR="00D97673" w:rsidRDefault="00D97673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5AB76" w14:textId="77777777" w:rsidR="00CD50E8" w:rsidRDefault="00CD50E8" w:rsidP="00D97673">
      <w:pPr>
        <w:spacing w:before="0" w:after="0"/>
      </w:pPr>
      <w:r>
        <w:separator/>
      </w:r>
    </w:p>
  </w:footnote>
  <w:footnote w:type="continuationSeparator" w:id="0">
    <w:p w14:paraId="592BE2D6" w14:textId="77777777" w:rsidR="00CD50E8" w:rsidRDefault="00CD50E8" w:rsidP="00D9767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26796" w14:textId="4CED44DB" w:rsidR="00F00662" w:rsidRPr="00064C6F" w:rsidRDefault="00F00662" w:rsidP="00F00662">
    <w:pPr>
      <w:pStyle w:val="Pealkiri"/>
      <w:rPr>
        <w:sz w:val="32"/>
        <w:szCs w:val="32"/>
        <w:lang w:val="et-EE"/>
      </w:rPr>
    </w:pPr>
    <w:r w:rsidRPr="00064C6F">
      <w:rPr>
        <w:noProof/>
        <w:sz w:val="72"/>
        <w:szCs w:val="72"/>
      </w:rPr>
      <w:drawing>
        <wp:anchor distT="0" distB="0" distL="114300" distR="114300" simplePos="0" relativeHeight="251658240" behindDoc="1" locked="0" layoutInCell="1" allowOverlap="1" wp14:anchorId="6F2E2BAF" wp14:editId="0B3A536B">
          <wp:simplePos x="0" y="0"/>
          <wp:positionH relativeFrom="margin">
            <wp:align>right</wp:align>
          </wp:positionH>
          <wp:positionV relativeFrom="paragraph">
            <wp:posOffset>5954</wp:posOffset>
          </wp:positionV>
          <wp:extent cx="2000885" cy="354965"/>
          <wp:effectExtent l="0" t="0" r="0" b="6985"/>
          <wp:wrapTight wrapText="bothSides">
            <wp:wrapPolygon edited="0">
              <wp:start x="411" y="0"/>
              <wp:lineTo x="0" y="2318"/>
              <wp:lineTo x="0" y="17388"/>
              <wp:lineTo x="617" y="20866"/>
              <wp:lineTo x="2056" y="20866"/>
              <wp:lineTo x="21387" y="15070"/>
              <wp:lineTo x="21387" y="4637"/>
              <wp:lineTo x="1851" y="0"/>
              <wp:lineTo x="411" y="0"/>
            </wp:wrapPolygon>
          </wp:wrapTight>
          <wp:docPr id="1441988551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320565" name="Pilt 184732056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885" cy="354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4C6F">
      <w:rPr>
        <w:sz w:val="32"/>
        <w:szCs w:val="32"/>
        <w:lang w:val="et-EE"/>
      </w:rPr>
      <w:t xml:space="preserve">Juhtumi lühikokkuvõte </w:t>
    </w:r>
    <w:r w:rsidRPr="00064C6F">
      <w:rPr>
        <w:sz w:val="32"/>
        <w:szCs w:val="32"/>
        <w:lang w:val="et-EE"/>
      </w:rPr>
      <w:br/>
      <w:t>VÕRDSE KOHTLEMISE VOLINIKULE</w:t>
    </w:r>
  </w:p>
  <w:p w14:paraId="196BADB0" w14:textId="06696C37" w:rsidR="00094AE8" w:rsidRPr="00064C6F" w:rsidRDefault="00094AE8" w:rsidP="00064C6F">
    <w:pPr>
      <w:pStyle w:val="Pis"/>
      <w:jc w:val="right"/>
      <w:rPr>
        <w:i/>
        <w:iCs/>
        <w:color w:val="808080" w:themeColor="background1" w:themeShade="80"/>
        <w:lang w:val="et-EE"/>
      </w:rPr>
    </w:pPr>
    <w:r w:rsidRPr="001A353C">
      <w:rPr>
        <w:i/>
        <w:iCs/>
        <w:color w:val="808080" w:themeColor="background1" w:themeShade="80"/>
        <w:lang w:val="et-EE"/>
      </w:rPr>
      <w:t>Konfidentsiaalne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3CE5886"/>
    <w:multiLevelType w:val="multilevel"/>
    <w:tmpl w:val="5A3E53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F74156"/>
    <w:multiLevelType w:val="multilevel"/>
    <w:tmpl w:val="6EA63672"/>
    <w:lvl w:ilvl="0">
      <w:start w:val="1"/>
      <w:numFmt w:val="decimal"/>
      <w:pStyle w:val="Pealkiri2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465"/>
      </w:pPr>
      <w:rPr>
        <w:rFonts w:hint="default"/>
        <w:b w:val="0"/>
        <w:bCs/>
        <w:i w:val="0"/>
        <w:iCs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8" w15:restartNumberingAfterBreak="0">
    <w:nsid w:val="2A0070A1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5772A0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26A0BB7"/>
    <w:multiLevelType w:val="multilevel"/>
    <w:tmpl w:val="5F8A92F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70007692">
    <w:abstractNumId w:val="5"/>
  </w:num>
  <w:num w:numId="2" w16cid:durableId="1533107529">
    <w:abstractNumId w:val="3"/>
  </w:num>
  <w:num w:numId="3" w16cid:durableId="1930917897">
    <w:abstractNumId w:val="2"/>
  </w:num>
  <w:num w:numId="4" w16cid:durableId="792528525">
    <w:abstractNumId w:val="4"/>
  </w:num>
  <w:num w:numId="5" w16cid:durableId="1253469151">
    <w:abstractNumId w:val="1"/>
  </w:num>
  <w:num w:numId="6" w16cid:durableId="220557113">
    <w:abstractNumId w:val="0"/>
  </w:num>
  <w:num w:numId="7" w16cid:durableId="73014944">
    <w:abstractNumId w:val="7"/>
  </w:num>
  <w:num w:numId="8" w16cid:durableId="1512916099">
    <w:abstractNumId w:val="6"/>
  </w:num>
  <w:num w:numId="9" w16cid:durableId="1670794077">
    <w:abstractNumId w:val="7"/>
    <w:lvlOverride w:ilvl="0">
      <w:startOverride w:val="4"/>
    </w:lvlOverride>
    <w:lvlOverride w:ilvl="1">
      <w:startOverride w:val="1"/>
    </w:lvlOverride>
  </w:num>
  <w:num w:numId="10" w16cid:durableId="1376125703">
    <w:abstractNumId w:val="9"/>
  </w:num>
  <w:num w:numId="11" w16cid:durableId="844704384">
    <w:abstractNumId w:val="7"/>
    <w:lvlOverride w:ilvl="0">
      <w:startOverride w:val="2"/>
    </w:lvlOverride>
    <w:lvlOverride w:ilvl="1">
      <w:startOverride w:val="1"/>
    </w:lvlOverride>
  </w:num>
  <w:num w:numId="12" w16cid:durableId="441344027">
    <w:abstractNumId w:val="8"/>
  </w:num>
  <w:num w:numId="13" w16cid:durableId="1186405982">
    <w:abstractNumId w:val="10"/>
  </w:num>
  <w:num w:numId="14" w16cid:durableId="83455548">
    <w:abstractNumId w:val="7"/>
    <w:lvlOverride w:ilvl="0">
      <w:startOverride w:val="1"/>
    </w:lvlOverride>
    <w:lvlOverride w:ilvl="1">
      <w:startOverride w:val="1"/>
    </w:lvlOverride>
  </w:num>
  <w:num w:numId="15" w16cid:durableId="1493060491">
    <w:abstractNumId w:val="7"/>
    <w:lvlOverride w:ilvl="0">
      <w:startOverride w:val="2"/>
    </w:lvlOverride>
    <w:lvlOverride w:ilvl="1">
      <w:startOverride w:val="1"/>
    </w:lvlOverride>
  </w:num>
  <w:num w:numId="16" w16cid:durableId="367611075">
    <w:abstractNumId w:val="7"/>
    <w:lvlOverride w:ilvl="0">
      <w:startOverride w:val="3"/>
    </w:lvlOverride>
    <w:lvlOverride w:ilvl="1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82B"/>
    <w:rsid w:val="000257C7"/>
    <w:rsid w:val="00034616"/>
    <w:rsid w:val="0003544A"/>
    <w:rsid w:val="000419EC"/>
    <w:rsid w:val="00050902"/>
    <w:rsid w:val="0005712A"/>
    <w:rsid w:val="00060554"/>
    <w:rsid w:val="0006063C"/>
    <w:rsid w:val="00064C6F"/>
    <w:rsid w:val="00072E97"/>
    <w:rsid w:val="000745E2"/>
    <w:rsid w:val="00075C24"/>
    <w:rsid w:val="00082ACD"/>
    <w:rsid w:val="00085215"/>
    <w:rsid w:val="00087A1E"/>
    <w:rsid w:val="00087AB3"/>
    <w:rsid w:val="00094AE8"/>
    <w:rsid w:val="00096C7E"/>
    <w:rsid w:val="000A05BF"/>
    <w:rsid w:val="000A5AB9"/>
    <w:rsid w:val="000C03DC"/>
    <w:rsid w:val="000C76F3"/>
    <w:rsid w:val="000D1CED"/>
    <w:rsid w:val="000D77A6"/>
    <w:rsid w:val="000E00B6"/>
    <w:rsid w:val="000E4919"/>
    <w:rsid w:val="000E594F"/>
    <w:rsid w:val="000F2203"/>
    <w:rsid w:val="00105853"/>
    <w:rsid w:val="00105EF5"/>
    <w:rsid w:val="00122513"/>
    <w:rsid w:val="0014383D"/>
    <w:rsid w:val="001443C6"/>
    <w:rsid w:val="00146F08"/>
    <w:rsid w:val="0015074B"/>
    <w:rsid w:val="0015330F"/>
    <w:rsid w:val="0017548E"/>
    <w:rsid w:val="001934BC"/>
    <w:rsid w:val="00196EB2"/>
    <w:rsid w:val="001A005A"/>
    <w:rsid w:val="001A353C"/>
    <w:rsid w:val="001B4100"/>
    <w:rsid w:val="001C1FBD"/>
    <w:rsid w:val="001C5023"/>
    <w:rsid w:val="001D3716"/>
    <w:rsid w:val="001E2DBE"/>
    <w:rsid w:val="001F7D0D"/>
    <w:rsid w:val="00201FBC"/>
    <w:rsid w:val="002167A8"/>
    <w:rsid w:val="00224E4D"/>
    <w:rsid w:val="002272BB"/>
    <w:rsid w:val="002465F9"/>
    <w:rsid w:val="00253155"/>
    <w:rsid w:val="002601BC"/>
    <w:rsid w:val="00262C73"/>
    <w:rsid w:val="00263081"/>
    <w:rsid w:val="00282FB5"/>
    <w:rsid w:val="00284F74"/>
    <w:rsid w:val="00290ACA"/>
    <w:rsid w:val="0029639D"/>
    <w:rsid w:val="002A464D"/>
    <w:rsid w:val="002C0CB1"/>
    <w:rsid w:val="002C78F5"/>
    <w:rsid w:val="002E2C33"/>
    <w:rsid w:val="002E6079"/>
    <w:rsid w:val="00310441"/>
    <w:rsid w:val="00320212"/>
    <w:rsid w:val="00324AAE"/>
    <w:rsid w:val="00326F90"/>
    <w:rsid w:val="00336BE6"/>
    <w:rsid w:val="003573FC"/>
    <w:rsid w:val="00360895"/>
    <w:rsid w:val="00362B1E"/>
    <w:rsid w:val="003838B2"/>
    <w:rsid w:val="003A1F5E"/>
    <w:rsid w:val="003A42E4"/>
    <w:rsid w:val="003B27E2"/>
    <w:rsid w:val="003C79A2"/>
    <w:rsid w:val="003D45F0"/>
    <w:rsid w:val="003E03A5"/>
    <w:rsid w:val="003F0CF6"/>
    <w:rsid w:val="003F3819"/>
    <w:rsid w:val="003F5519"/>
    <w:rsid w:val="00401656"/>
    <w:rsid w:val="004051EA"/>
    <w:rsid w:val="00410F8B"/>
    <w:rsid w:val="004130F8"/>
    <w:rsid w:val="004157D3"/>
    <w:rsid w:val="00423987"/>
    <w:rsid w:val="0042511C"/>
    <w:rsid w:val="004419C3"/>
    <w:rsid w:val="004432C7"/>
    <w:rsid w:val="0044505F"/>
    <w:rsid w:val="004511F8"/>
    <w:rsid w:val="00471753"/>
    <w:rsid w:val="00472127"/>
    <w:rsid w:val="00480539"/>
    <w:rsid w:val="0048566D"/>
    <w:rsid w:val="00485D29"/>
    <w:rsid w:val="00487832"/>
    <w:rsid w:val="004A74F8"/>
    <w:rsid w:val="004A7F7E"/>
    <w:rsid w:val="004C4003"/>
    <w:rsid w:val="004E37F1"/>
    <w:rsid w:val="005009A7"/>
    <w:rsid w:val="00511119"/>
    <w:rsid w:val="005149F1"/>
    <w:rsid w:val="005255A1"/>
    <w:rsid w:val="00531F69"/>
    <w:rsid w:val="00536F35"/>
    <w:rsid w:val="0054025C"/>
    <w:rsid w:val="0055174E"/>
    <w:rsid w:val="00557ACF"/>
    <w:rsid w:val="00562E14"/>
    <w:rsid w:val="00562F0D"/>
    <w:rsid w:val="00571C80"/>
    <w:rsid w:val="00571DCA"/>
    <w:rsid w:val="00575AA4"/>
    <w:rsid w:val="00575EE6"/>
    <w:rsid w:val="00586CA6"/>
    <w:rsid w:val="00594D50"/>
    <w:rsid w:val="00596042"/>
    <w:rsid w:val="00596AEB"/>
    <w:rsid w:val="005A09D8"/>
    <w:rsid w:val="005A3F02"/>
    <w:rsid w:val="005B1A4B"/>
    <w:rsid w:val="005D071D"/>
    <w:rsid w:val="005D0966"/>
    <w:rsid w:val="005D6F36"/>
    <w:rsid w:val="005E5723"/>
    <w:rsid w:val="005F160D"/>
    <w:rsid w:val="005F349E"/>
    <w:rsid w:val="005F443E"/>
    <w:rsid w:val="006047B4"/>
    <w:rsid w:val="0060623C"/>
    <w:rsid w:val="006105DE"/>
    <w:rsid w:val="0061581E"/>
    <w:rsid w:val="006277E3"/>
    <w:rsid w:val="00654F5B"/>
    <w:rsid w:val="00656DA7"/>
    <w:rsid w:val="00661650"/>
    <w:rsid w:val="0066210E"/>
    <w:rsid w:val="006634B8"/>
    <w:rsid w:val="00666EB4"/>
    <w:rsid w:val="006679B5"/>
    <w:rsid w:val="00672192"/>
    <w:rsid w:val="00680281"/>
    <w:rsid w:val="006863D3"/>
    <w:rsid w:val="006A32CF"/>
    <w:rsid w:val="006C0A53"/>
    <w:rsid w:val="006E13E2"/>
    <w:rsid w:val="006E18CE"/>
    <w:rsid w:val="006F327E"/>
    <w:rsid w:val="006F3D7A"/>
    <w:rsid w:val="00701005"/>
    <w:rsid w:val="007030AD"/>
    <w:rsid w:val="007140BC"/>
    <w:rsid w:val="00717D98"/>
    <w:rsid w:val="00721352"/>
    <w:rsid w:val="00721F36"/>
    <w:rsid w:val="00731F09"/>
    <w:rsid w:val="0073742A"/>
    <w:rsid w:val="00737FB1"/>
    <w:rsid w:val="00750AE7"/>
    <w:rsid w:val="00751226"/>
    <w:rsid w:val="0075603F"/>
    <w:rsid w:val="00760AA7"/>
    <w:rsid w:val="00761A90"/>
    <w:rsid w:val="00762B93"/>
    <w:rsid w:val="0078125D"/>
    <w:rsid w:val="007923E8"/>
    <w:rsid w:val="007A05EE"/>
    <w:rsid w:val="007A0E2E"/>
    <w:rsid w:val="007B2A02"/>
    <w:rsid w:val="007B674F"/>
    <w:rsid w:val="007B7E05"/>
    <w:rsid w:val="007E1801"/>
    <w:rsid w:val="007E63F6"/>
    <w:rsid w:val="007F2492"/>
    <w:rsid w:val="00821A08"/>
    <w:rsid w:val="00823386"/>
    <w:rsid w:val="00832213"/>
    <w:rsid w:val="00845C69"/>
    <w:rsid w:val="00845D41"/>
    <w:rsid w:val="00852062"/>
    <w:rsid w:val="0085614D"/>
    <w:rsid w:val="00857BA3"/>
    <w:rsid w:val="00867B2F"/>
    <w:rsid w:val="008B067B"/>
    <w:rsid w:val="008B07C4"/>
    <w:rsid w:val="008B2950"/>
    <w:rsid w:val="008D013F"/>
    <w:rsid w:val="008D3C61"/>
    <w:rsid w:val="008E5812"/>
    <w:rsid w:val="008F7390"/>
    <w:rsid w:val="00907D51"/>
    <w:rsid w:val="00915D10"/>
    <w:rsid w:val="00916064"/>
    <w:rsid w:val="009169EB"/>
    <w:rsid w:val="00926ACE"/>
    <w:rsid w:val="009309B5"/>
    <w:rsid w:val="00934725"/>
    <w:rsid w:val="009372C2"/>
    <w:rsid w:val="00965D53"/>
    <w:rsid w:val="009669CC"/>
    <w:rsid w:val="00966F26"/>
    <w:rsid w:val="0096EA85"/>
    <w:rsid w:val="009804A1"/>
    <w:rsid w:val="00981C94"/>
    <w:rsid w:val="00984DBA"/>
    <w:rsid w:val="00990504"/>
    <w:rsid w:val="00991A5B"/>
    <w:rsid w:val="00992F66"/>
    <w:rsid w:val="009A7809"/>
    <w:rsid w:val="009B3DA2"/>
    <w:rsid w:val="009C12ED"/>
    <w:rsid w:val="009E29DF"/>
    <w:rsid w:val="009E3158"/>
    <w:rsid w:val="009E380B"/>
    <w:rsid w:val="009E3C3F"/>
    <w:rsid w:val="009F4E84"/>
    <w:rsid w:val="009F5C4C"/>
    <w:rsid w:val="00A210DD"/>
    <w:rsid w:val="00A23CE1"/>
    <w:rsid w:val="00A336B3"/>
    <w:rsid w:val="00A468ED"/>
    <w:rsid w:val="00A46FD5"/>
    <w:rsid w:val="00A51AC8"/>
    <w:rsid w:val="00A72397"/>
    <w:rsid w:val="00A7311A"/>
    <w:rsid w:val="00A779AC"/>
    <w:rsid w:val="00A84C4F"/>
    <w:rsid w:val="00A914F1"/>
    <w:rsid w:val="00AA0967"/>
    <w:rsid w:val="00AA1D8D"/>
    <w:rsid w:val="00AA9B0B"/>
    <w:rsid w:val="00AB093E"/>
    <w:rsid w:val="00AB20C0"/>
    <w:rsid w:val="00AB268E"/>
    <w:rsid w:val="00AD5D5C"/>
    <w:rsid w:val="00AD66A2"/>
    <w:rsid w:val="00AE0E3C"/>
    <w:rsid w:val="00AF445E"/>
    <w:rsid w:val="00B10C0A"/>
    <w:rsid w:val="00B139AA"/>
    <w:rsid w:val="00B17EBB"/>
    <w:rsid w:val="00B47730"/>
    <w:rsid w:val="00B6008E"/>
    <w:rsid w:val="00B61713"/>
    <w:rsid w:val="00B71255"/>
    <w:rsid w:val="00B75D1F"/>
    <w:rsid w:val="00B81445"/>
    <w:rsid w:val="00B83CDD"/>
    <w:rsid w:val="00B96FB5"/>
    <w:rsid w:val="00B971C2"/>
    <w:rsid w:val="00BA0D89"/>
    <w:rsid w:val="00BA789C"/>
    <w:rsid w:val="00BB291A"/>
    <w:rsid w:val="00BB3843"/>
    <w:rsid w:val="00BC2AEB"/>
    <w:rsid w:val="00BC6CC5"/>
    <w:rsid w:val="00BC76FD"/>
    <w:rsid w:val="00BD123A"/>
    <w:rsid w:val="00BE01CF"/>
    <w:rsid w:val="00BE2768"/>
    <w:rsid w:val="00BE3B05"/>
    <w:rsid w:val="00BF23A3"/>
    <w:rsid w:val="00BF4F25"/>
    <w:rsid w:val="00C02DCC"/>
    <w:rsid w:val="00C1217A"/>
    <w:rsid w:val="00C13087"/>
    <w:rsid w:val="00C1474D"/>
    <w:rsid w:val="00C4670B"/>
    <w:rsid w:val="00C51A20"/>
    <w:rsid w:val="00C52E11"/>
    <w:rsid w:val="00C53D1C"/>
    <w:rsid w:val="00C6093C"/>
    <w:rsid w:val="00C665F1"/>
    <w:rsid w:val="00C72570"/>
    <w:rsid w:val="00C97AC4"/>
    <w:rsid w:val="00CA6907"/>
    <w:rsid w:val="00CB0664"/>
    <w:rsid w:val="00CB61B9"/>
    <w:rsid w:val="00CC574E"/>
    <w:rsid w:val="00CD50E8"/>
    <w:rsid w:val="00CE106E"/>
    <w:rsid w:val="00CF4916"/>
    <w:rsid w:val="00D33CC4"/>
    <w:rsid w:val="00D422F0"/>
    <w:rsid w:val="00D43F45"/>
    <w:rsid w:val="00D52847"/>
    <w:rsid w:val="00D65E0B"/>
    <w:rsid w:val="00D670B4"/>
    <w:rsid w:val="00D97673"/>
    <w:rsid w:val="00DA7ED6"/>
    <w:rsid w:val="00DA7F0F"/>
    <w:rsid w:val="00DC26BA"/>
    <w:rsid w:val="00DD0BA8"/>
    <w:rsid w:val="00DD4A50"/>
    <w:rsid w:val="00DD52BB"/>
    <w:rsid w:val="00DE37F9"/>
    <w:rsid w:val="00DF00A3"/>
    <w:rsid w:val="00E002AB"/>
    <w:rsid w:val="00E00B7F"/>
    <w:rsid w:val="00E06868"/>
    <w:rsid w:val="00E11D35"/>
    <w:rsid w:val="00E30F93"/>
    <w:rsid w:val="00E310ED"/>
    <w:rsid w:val="00E4525E"/>
    <w:rsid w:val="00E46C1B"/>
    <w:rsid w:val="00E47F12"/>
    <w:rsid w:val="00E5407D"/>
    <w:rsid w:val="00E570FA"/>
    <w:rsid w:val="00E57465"/>
    <w:rsid w:val="00E61421"/>
    <w:rsid w:val="00E7799E"/>
    <w:rsid w:val="00E90537"/>
    <w:rsid w:val="00E90840"/>
    <w:rsid w:val="00E93DEC"/>
    <w:rsid w:val="00EA66D4"/>
    <w:rsid w:val="00EE0D4A"/>
    <w:rsid w:val="00EE7100"/>
    <w:rsid w:val="00EF66B8"/>
    <w:rsid w:val="00F00662"/>
    <w:rsid w:val="00F01E46"/>
    <w:rsid w:val="00F161CA"/>
    <w:rsid w:val="00F166E8"/>
    <w:rsid w:val="00F32623"/>
    <w:rsid w:val="00F32705"/>
    <w:rsid w:val="00F33BE0"/>
    <w:rsid w:val="00F37B65"/>
    <w:rsid w:val="00F44958"/>
    <w:rsid w:val="00F54EC2"/>
    <w:rsid w:val="00F71392"/>
    <w:rsid w:val="00F83276"/>
    <w:rsid w:val="00F83D5E"/>
    <w:rsid w:val="00F84CC7"/>
    <w:rsid w:val="00F96E1B"/>
    <w:rsid w:val="00FA14FB"/>
    <w:rsid w:val="00FA3DE2"/>
    <w:rsid w:val="00FB2017"/>
    <w:rsid w:val="00FC693F"/>
    <w:rsid w:val="00FE0C96"/>
    <w:rsid w:val="00FF3ABF"/>
    <w:rsid w:val="00FF5915"/>
    <w:rsid w:val="01473DE1"/>
    <w:rsid w:val="01BA03EC"/>
    <w:rsid w:val="01D81724"/>
    <w:rsid w:val="02A7DE81"/>
    <w:rsid w:val="0382BB3C"/>
    <w:rsid w:val="03B0B7ED"/>
    <w:rsid w:val="0441ADBA"/>
    <w:rsid w:val="0640D66B"/>
    <w:rsid w:val="0702B6F1"/>
    <w:rsid w:val="070E4B42"/>
    <w:rsid w:val="0749E37C"/>
    <w:rsid w:val="07F80644"/>
    <w:rsid w:val="083153CD"/>
    <w:rsid w:val="09396651"/>
    <w:rsid w:val="09F587C7"/>
    <w:rsid w:val="0B189907"/>
    <w:rsid w:val="0EB52D6D"/>
    <w:rsid w:val="0F53A59E"/>
    <w:rsid w:val="11B4F3CA"/>
    <w:rsid w:val="11DE50B8"/>
    <w:rsid w:val="127DBB54"/>
    <w:rsid w:val="13127272"/>
    <w:rsid w:val="1494C606"/>
    <w:rsid w:val="186B4705"/>
    <w:rsid w:val="188FE34F"/>
    <w:rsid w:val="19CF40D2"/>
    <w:rsid w:val="1A910244"/>
    <w:rsid w:val="1B10C309"/>
    <w:rsid w:val="1DFCB936"/>
    <w:rsid w:val="1E65C480"/>
    <w:rsid w:val="1EC24764"/>
    <w:rsid w:val="1EF37241"/>
    <w:rsid w:val="1F0A9DFD"/>
    <w:rsid w:val="1F0F4D62"/>
    <w:rsid w:val="1FAFAE95"/>
    <w:rsid w:val="200E1D88"/>
    <w:rsid w:val="23D9A51F"/>
    <w:rsid w:val="258284CD"/>
    <w:rsid w:val="2618440C"/>
    <w:rsid w:val="2636677F"/>
    <w:rsid w:val="26472F9A"/>
    <w:rsid w:val="2695EA9A"/>
    <w:rsid w:val="26C83CC8"/>
    <w:rsid w:val="27989689"/>
    <w:rsid w:val="27D18104"/>
    <w:rsid w:val="287437D2"/>
    <w:rsid w:val="2A455D91"/>
    <w:rsid w:val="2A71091A"/>
    <w:rsid w:val="2AA74843"/>
    <w:rsid w:val="2B2B25D8"/>
    <w:rsid w:val="2B83D130"/>
    <w:rsid w:val="2B9F7147"/>
    <w:rsid w:val="2BF307FB"/>
    <w:rsid w:val="2DE29881"/>
    <w:rsid w:val="2E2B57AA"/>
    <w:rsid w:val="2F6D2831"/>
    <w:rsid w:val="2FC885B8"/>
    <w:rsid w:val="333ED36E"/>
    <w:rsid w:val="33800A1F"/>
    <w:rsid w:val="345A94DB"/>
    <w:rsid w:val="34DCA914"/>
    <w:rsid w:val="34E4B210"/>
    <w:rsid w:val="37323AA2"/>
    <w:rsid w:val="383B2517"/>
    <w:rsid w:val="39691A59"/>
    <w:rsid w:val="39E0992F"/>
    <w:rsid w:val="3C2D89A1"/>
    <w:rsid w:val="3DBA05EB"/>
    <w:rsid w:val="3EB0733D"/>
    <w:rsid w:val="3F27332C"/>
    <w:rsid w:val="4007A6E0"/>
    <w:rsid w:val="4145A922"/>
    <w:rsid w:val="4235CAA2"/>
    <w:rsid w:val="442D9F00"/>
    <w:rsid w:val="44B29B58"/>
    <w:rsid w:val="44FD9A85"/>
    <w:rsid w:val="4537D050"/>
    <w:rsid w:val="4576FFCD"/>
    <w:rsid w:val="45B75016"/>
    <w:rsid w:val="45F7E820"/>
    <w:rsid w:val="4648F86D"/>
    <w:rsid w:val="46FF6161"/>
    <w:rsid w:val="478C536F"/>
    <w:rsid w:val="486A31D2"/>
    <w:rsid w:val="495F200E"/>
    <w:rsid w:val="49B91EB9"/>
    <w:rsid w:val="49C3D808"/>
    <w:rsid w:val="4BC5B93E"/>
    <w:rsid w:val="4C5E94FB"/>
    <w:rsid w:val="4C833A72"/>
    <w:rsid w:val="4CC09FD7"/>
    <w:rsid w:val="4D10B40D"/>
    <w:rsid w:val="4D356359"/>
    <w:rsid w:val="4D510F8F"/>
    <w:rsid w:val="4D896B7B"/>
    <w:rsid w:val="4EB95B68"/>
    <w:rsid w:val="4EEF7CD7"/>
    <w:rsid w:val="500C8975"/>
    <w:rsid w:val="50B6E4A3"/>
    <w:rsid w:val="5100709A"/>
    <w:rsid w:val="510AFE6E"/>
    <w:rsid w:val="519254AF"/>
    <w:rsid w:val="5438D894"/>
    <w:rsid w:val="55618AFC"/>
    <w:rsid w:val="56B27AEF"/>
    <w:rsid w:val="5745A98D"/>
    <w:rsid w:val="5811B9CF"/>
    <w:rsid w:val="5AA83C65"/>
    <w:rsid w:val="5AAA455C"/>
    <w:rsid w:val="5AF11F0D"/>
    <w:rsid w:val="5B3EEED9"/>
    <w:rsid w:val="5DAFF910"/>
    <w:rsid w:val="605AB8B7"/>
    <w:rsid w:val="610E0AC0"/>
    <w:rsid w:val="63EEAD1C"/>
    <w:rsid w:val="64138FBB"/>
    <w:rsid w:val="641EA35A"/>
    <w:rsid w:val="64F86082"/>
    <w:rsid w:val="6590138A"/>
    <w:rsid w:val="6639C667"/>
    <w:rsid w:val="66487B06"/>
    <w:rsid w:val="66CBAF8A"/>
    <w:rsid w:val="66E3127D"/>
    <w:rsid w:val="66FE6801"/>
    <w:rsid w:val="685A33AF"/>
    <w:rsid w:val="687A42C8"/>
    <w:rsid w:val="694C0563"/>
    <w:rsid w:val="6B7044D0"/>
    <w:rsid w:val="6C10593A"/>
    <w:rsid w:val="6D2B6C82"/>
    <w:rsid w:val="6FFF8F2E"/>
    <w:rsid w:val="7015D279"/>
    <w:rsid w:val="710CF763"/>
    <w:rsid w:val="711B4BB0"/>
    <w:rsid w:val="71EED649"/>
    <w:rsid w:val="72F1D9D0"/>
    <w:rsid w:val="7568EDBA"/>
    <w:rsid w:val="75EF209F"/>
    <w:rsid w:val="776DF9B5"/>
    <w:rsid w:val="77BF0CEC"/>
    <w:rsid w:val="78D8FD14"/>
    <w:rsid w:val="79BCB473"/>
    <w:rsid w:val="7B5AC664"/>
    <w:rsid w:val="7BA5120F"/>
    <w:rsid w:val="7E3CBC85"/>
    <w:rsid w:val="7F970DA5"/>
    <w:rsid w:val="7FE1B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11F3679"/>
  <w14:defaultImageDpi w14:val="300"/>
  <w15:docId w15:val="{58D496B5-0F43-4573-8600-22F5C433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85D29"/>
    <w:pPr>
      <w:spacing w:line="240" w:lineRule="auto"/>
    </w:pPr>
    <w:rPr>
      <w:sz w:val="24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D9767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Pealkiri2">
    <w:name w:val="heading 2"/>
    <w:basedOn w:val="Normaallaad"/>
    <w:next w:val="Normaallaad"/>
    <w:link w:val="Pealkiri2Mrk"/>
    <w:autoRedefine/>
    <w:uiPriority w:val="9"/>
    <w:unhideWhenUsed/>
    <w:qFormat/>
    <w:rsid w:val="00F00662"/>
    <w:pPr>
      <w:numPr>
        <w:numId w:val="7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ind w:left="426"/>
      <w:outlineLvl w:val="1"/>
    </w:pPr>
    <w:rPr>
      <w:b/>
      <w:bCs/>
      <w:caps/>
      <w:spacing w:val="15"/>
      <w:szCs w:val="24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D97673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Pealkiri4">
    <w:name w:val="heading 4"/>
    <w:basedOn w:val="Normaallaad"/>
    <w:next w:val="Normaallaad"/>
    <w:link w:val="Pealkiri4Mrk"/>
    <w:uiPriority w:val="9"/>
    <w:unhideWhenUsed/>
    <w:qFormat/>
    <w:rsid w:val="00D97673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D97673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D97673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D97673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D9767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D9767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D97673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D97673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Pealkiri2Mrk">
    <w:name w:val="Pealkiri 2 Märk"/>
    <w:basedOn w:val="Liguvaikefont"/>
    <w:link w:val="Pealkiri2"/>
    <w:uiPriority w:val="9"/>
    <w:rsid w:val="00F00662"/>
    <w:rPr>
      <w:b/>
      <w:bCs/>
      <w:caps/>
      <w:spacing w:val="15"/>
      <w:sz w:val="24"/>
      <w:szCs w:val="24"/>
      <w:shd w:val="clear" w:color="auto" w:fill="DBE5F1" w:themeFill="accent1" w:themeFillTint="33"/>
      <w:lang w:val="et-EE"/>
    </w:rPr>
  </w:style>
  <w:style w:type="character" w:customStyle="1" w:styleId="Pealkiri3Mrk">
    <w:name w:val="Pealkiri 3 Märk"/>
    <w:basedOn w:val="Liguvaikefont"/>
    <w:link w:val="Pealkiri3"/>
    <w:uiPriority w:val="9"/>
    <w:rsid w:val="00D97673"/>
    <w:rPr>
      <w:caps/>
      <w:color w:val="243F60" w:themeColor="accent1" w:themeShade="7F"/>
      <w:spacing w:val="15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D97673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D97673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D97673"/>
    <w:pPr>
      <w:spacing w:before="0"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apealkiriMrk">
    <w:name w:val="Alapealkiri Märk"/>
    <w:basedOn w:val="Liguvaikefont"/>
    <w:link w:val="Alapealkiri"/>
    <w:uiPriority w:val="11"/>
    <w:rsid w:val="00D97673"/>
    <w:rPr>
      <w:caps/>
      <w:color w:val="595959" w:themeColor="text1" w:themeTint="A6"/>
      <w:spacing w:val="10"/>
      <w:sz w:val="21"/>
      <w:szCs w:val="21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4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5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D97673"/>
    <w:rPr>
      <w:i/>
      <w:iCs/>
      <w:szCs w:val="24"/>
    </w:rPr>
  </w:style>
  <w:style w:type="character" w:customStyle="1" w:styleId="TsitaatMrk">
    <w:name w:val="Tsitaat Märk"/>
    <w:basedOn w:val="Liguvaikefont"/>
    <w:link w:val="Tsitaat"/>
    <w:uiPriority w:val="29"/>
    <w:rsid w:val="00D97673"/>
    <w:rPr>
      <w:i/>
      <w:iCs/>
      <w:sz w:val="24"/>
      <w:szCs w:val="24"/>
    </w:rPr>
  </w:style>
  <w:style w:type="character" w:customStyle="1" w:styleId="Pealkiri4Mrk">
    <w:name w:val="Pealkiri 4 Märk"/>
    <w:basedOn w:val="Liguvaikefont"/>
    <w:link w:val="Pealkiri4"/>
    <w:uiPriority w:val="9"/>
    <w:rsid w:val="00D97673"/>
    <w:rPr>
      <w:caps/>
      <w:color w:val="365F91" w:themeColor="accent1" w:themeShade="BF"/>
      <w:spacing w:val="10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D97673"/>
    <w:rPr>
      <w:caps/>
      <w:color w:val="365F91" w:themeColor="accent1" w:themeShade="BF"/>
      <w:spacing w:val="10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D97673"/>
    <w:rPr>
      <w:caps/>
      <w:spacing w:val="10"/>
      <w:sz w:val="18"/>
      <w:szCs w:val="1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D97673"/>
    <w:rPr>
      <w:i/>
      <w:iCs/>
      <w:caps/>
      <w:spacing w:val="10"/>
      <w:sz w:val="18"/>
      <w:szCs w:val="18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D97673"/>
    <w:rPr>
      <w:b/>
      <w:bCs/>
      <w:color w:val="365F91" w:themeColor="accent1" w:themeShade="BF"/>
      <w:sz w:val="16"/>
      <w:szCs w:val="16"/>
    </w:rPr>
  </w:style>
  <w:style w:type="character" w:styleId="Tugev">
    <w:name w:val="Strong"/>
    <w:uiPriority w:val="22"/>
    <w:qFormat/>
    <w:rsid w:val="00D97673"/>
    <w:rPr>
      <w:b/>
      <w:bCs/>
    </w:rPr>
  </w:style>
  <w:style w:type="character" w:styleId="Rhutus">
    <w:name w:val="Emphasis"/>
    <w:uiPriority w:val="20"/>
    <w:qFormat/>
    <w:rsid w:val="00D97673"/>
    <w:rPr>
      <w:caps/>
      <w:color w:val="243F60" w:themeColor="accent1" w:themeShade="7F"/>
      <w:spacing w:val="5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D97673"/>
    <w:pPr>
      <w:spacing w:before="240" w:after="240"/>
      <w:ind w:left="1080" w:right="1080"/>
      <w:jc w:val="center"/>
    </w:pPr>
    <w:rPr>
      <w:color w:val="4F81BD" w:themeColor="accent1"/>
      <w:szCs w:val="24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D97673"/>
    <w:rPr>
      <w:color w:val="4F81BD" w:themeColor="accent1"/>
      <w:sz w:val="24"/>
      <w:szCs w:val="24"/>
    </w:rPr>
  </w:style>
  <w:style w:type="character" w:styleId="Vaevumrgatavrhutus">
    <w:name w:val="Subtle Emphasis"/>
    <w:uiPriority w:val="19"/>
    <w:qFormat/>
    <w:rsid w:val="00D97673"/>
    <w:rPr>
      <w:i/>
      <w:iCs/>
      <w:color w:val="243F60" w:themeColor="accent1" w:themeShade="7F"/>
    </w:rPr>
  </w:style>
  <w:style w:type="character" w:styleId="Selgeltmrgatavrhutus">
    <w:name w:val="Intense Emphasis"/>
    <w:uiPriority w:val="21"/>
    <w:qFormat/>
    <w:rsid w:val="00D97673"/>
    <w:rPr>
      <w:b/>
      <w:bCs/>
      <w:caps/>
      <w:color w:val="243F60" w:themeColor="accent1" w:themeShade="7F"/>
      <w:spacing w:val="10"/>
    </w:rPr>
  </w:style>
  <w:style w:type="character" w:styleId="Vaevumrgatavviide">
    <w:name w:val="Subtle Reference"/>
    <w:uiPriority w:val="31"/>
    <w:qFormat/>
    <w:rsid w:val="00D97673"/>
    <w:rPr>
      <w:b/>
      <w:bCs/>
      <w:color w:val="4F81BD" w:themeColor="accent1"/>
    </w:rPr>
  </w:style>
  <w:style w:type="character" w:styleId="Selgeltmrgatavviide">
    <w:name w:val="Intense Reference"/>
    <w:uiPriority w:val="32"/>
    <w:qFormat/>
    <w:rsid w:val="00D97673"/>
    <w:rPr>
      <w:b/>
      <w:bCs/>
      <w:i/>
      <w:iCs/>
      <w:caps/>
      <w:color w:val="4F81BD" w:themeColor="accent1"/>
    </w:rPr>
  </w:style>
  <w:style w:type="character" w:styleId="Raamatupealkiri">
    <w:name w:val="Book Title"/>
    <w:uiPriority w:val="33"/>
    <w:qFormat/>
    <w:rsid w:val="00D97673"/>
    <w:rPr>
      <w:b/>
      <w:bCs/>
      <w:i/>
      <w:iCs/>
      <w:spacing w:val="0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D97673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hatitetekst">
    <w:name w:val="Placeholder Text"/>
    <w:basedOn w:val="Liguvaikefont"/>
    <w:uiPriority w:val="99"/>
    <w:semiHidden/>
    <w:rsid w:val="00D97673"/>
    <w:rPr>
      <w:color w:val="66666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6105DE"/>
    <w:rPr>
      <w:sz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6105DE"/>
  </w:style>
  <w:style w:type="character" w:styleId="Kommentaariviide">
    <w:name w:val="annotation reference"/>
    <w:basedOn w:val="Liguvaikefont"/>
    <w:uiPriority w:val="99"/>
    <w:semiHidden/>
    <w:unhideWhenUsed/>
    <w:rsid w:val="006105DE"/>
    <w:rPr>
      <w:sz w:val="16"/>
      <w:szCs w:val="16"/>
    </w:rPr>
  </w:style>
  <w:style w:type="paragraph" w:styleId="Redaktsioon">
    <w:name w:val="Revision"/>
    <w:hidden/>
    <w:uiPriority w:val="99"/>
    <w:semiHidden/>
    <w:rsid w:val="006105DE"/>
    <w:pPr>
      <w:spacing w:before="0" w:after="0" w:line="240" w:lineRule="auto"/>
    </w:pPr>
    <w:rPr>
      <w:sz w:val="24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22513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22513"/>
    <w:rPr>
      <w:b/>
      <w:bCs/>
    </w:rPr>
  </w:style>
  <w:style w:type="character" w:customStyle="1" w:styleId="Laad1">
    <w:name w:val="Laad1"/>
    <w:basedOn w:val="Liguvaikefont"/>
    <w:uiPriority w:val="1"/>
    <w:rsid w:val="003D45F0"/>
    <w:rPr>
      <w:rFonts w:asciiTheme="minorHAnsi" w:hAnsiTheme="minorHAnsi"/>
      <w:i/>
      <w:color w:val="4F81BD" w:themeColor="accent1"/>
      <w:sz w:val="24"/>
    </w:rPr>
  </w:style>
  <w:style w:type="character" w:styleId="Hperlink">
    <w:name w:val="Hyperlink"/>
    <w:basedOn w:val="Liguvaikefont"/>
    <w:uiPriority w:val="99"/>
    <w:unhideWhenUsed/>
    <w:rsid w:val="00410F8B"/>
    <w:rPr>
      <w:color w:val="0000FF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410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ee/et/sisu/vordne-kohtlemine-isiku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t.ee/et/noustamiskesk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t.ee/et/sisu/hea-teadustava-valdkondlikud-noustajad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289294309C4D6C9AF2FED7C7322D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E6DBC29-A133-4D1F-B156-43AD1CBFD601}"/>
      </w:docPartPr>
      <w:docPartBody>
        <w:p w:rsidR="00A175AF" w:rsidRDefault="00AA283D" w:rsidP="00AA283D">
          <w:pPr>
            <w:pStyle w:val="98289294309C4D6C9AF2FED7C7322D7F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</w:t>
          </w:r>
          <w:r w:rsidRPr="00196EB2">
            <w:rPr>
              <w:rStyle w:val="Kohatitetekst"/>
              <w:i/>
              <w:iCs/>
              <w:color w:val="156082" w:themeColor="accent1"/>
              <w:szCs w:val="24"/>
              <w:lang w:val="et-EE"/>
            </w:rPr>
            <w:t>.</w:t>
          </w:r>
        </w:p>
      </w:docPartBody>
    </w:docPart>
    <w:docPart>
      <w:docPartPr>
        <w:name w:val="6777D59C292B49CEA5A099C924437CB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24021E0-EB4A-4C4B-906F-8E1E80A3AA4C}"/>
      </w:docPartPr>
      <w:docPartBody>
        <w:p w:rsidR="00A175AF" w:rsidRDefault="00AA283D" w:rsidP="00AA283D">
          <w:pPr>
            <w:pStyle w:val="6777D59C292B49CEA5A099C924437CB3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</w:t>
          </w:r>
          <w:r w:rsidRPr="00196EB2">
            <w:rPr>
              <w:rStyle w:val="Kohatitetekst"/>
              <w:i/>
              <w:iCs/>
              <w:color w:val="156082" w:themeColor="accent1"/>
              <w:szCs w:val="24"/>
              <w:lang w:val="et-EE"/>
            </w:rPr>
            <w:t>.</w:t>
          </w:r>
        </w:p>
      </w:docPartBody>
    </w:docPart>
    <w:docPart>
      <w:docPartPr>
        <w:name w:val="3CD30ED907B4465DB6A2141F3E72701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92716FA-7E05-4E54-AC22-5795640CFA6F}"/>
      </w:docPartPr>
      <w:docPartBody>
        <w:p w:rsidR="00FF0421" w:rsidRDefault="00AA283D" w:rsidP="00AA283D">
          <w:pPr>
            <w:pStyle w:val="3CD30ED907B4465DB6A2141F3E72701A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</w:t>
          </w:r>
          <w:r w:rsidRPr="00196EB2">
            <w:rPr>
              <w:rStyle w:val="Kohatitetekst"/>
              <w:i/>
              <w:iCs/>
              <w:color w:val="156082" w:themeColor="accent1"/>
              <w:szCs w:val="24"/>
              <w:lang w:val="et-EE"/>
            </w:rPr>
            <w:t>.</w:t>
          </w:r>
        </w:p>
      </w:docPartBody>
    </w:docPart>
    <w:docPart>
      <w:docPartPr>
        <w:name w:val="A0B1F9E09A6F4FF6A59F6999559DB51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C49C9F3-4FEA-4EC5-8F18-88C908A4742F}"/>
      </w:docPartPr>
      <w:docPartBody>
        <w:p w:rsidR="00FF0421" w:rsidRDefault="00AA283D" w:rsidP="00AA283D">
          <w:pPr>
            <w:pStyle w:val="A0B1F9E09A6F4FF6A59F6999559DB513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siin.</w:t>
          </w:r>
        </w:p>
      </w:docPartBody>
    </w:docPart>
    <w:docPart>
      <w:docPartPr>
        <w:name w:val="E1CBB5DCC5F84D2293A43FF453D51E5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830192-26A9-4150-AE56-F78FD80D2B60}"/>
      </w:docPartPr>
      <w:docPartBody>
        <w:p w:rsidR="00FF0421" w:rsidRDefault="00AA283D" w:rsidP="00AA283D">
          <w:pPr>
            <w:pStyle w:val="E1CBB5DCC5F84D2293A43FF453D51E51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</w:t>
          </w:r>
          <w:r w:rsidRPr="5745A98D">
            <w:rPr>
              <w:rStyle w:val="Kohatitetekst"/>
              <w:i/>
              <w:color w:val="156082" w:themeColor="accent1"/>
              <w:lang w:val="et-EE"/>
            </w:rPr>
            <w:t>.</w:t>
          </w:r>
        </w:p>
      </w:docPartBody>
    </w:docPart>
    <w:docPart>
      <w:docPartPr>
        <w:name w:val="795DF4854C11446BBF329B3E95DAE06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30995B4-1ADD-4AFE-8D30-FE687236DB4D}"/>
      </w:docPartPr>
      <w:docPartBody>
        <w:p w:rsidR="00FF0421" w:rsidRDefault="00AA283D" w:rsidP="00AA283D">
          <w:pPr>
            <w:pStyle w:val="795DF4854C11446BBF329B3E95DAE06A4"/>
          </w:pPr>
          <w:r w:rsidRPr="005255A1">
            <w:rPr>
              <w:rStyle w:val="Kohatitetekst"/>
              <w:i/>
              <w:iCs/>
              <w:color w:val="156082" w:themeColor="accent1"/>
              <w:szCs w:val="24"/>
              <w:lang w:val="et-EE"/>
            </w:rPr>
            <w:t xml:space="preserve">Teksti sisestamiseks </w:t>
          </w:r>
          <w:r>
            <w:rPr>
              <w:rStyle w:val="Kohatitetekst"/>
              <w:i/>
              <w:iCs/>
              <w:color w:val="156082" w:themeColor="accent1"/>
              <w:szCs w:val="24"/>
              <w:lang w:val="et-EE"/>
            </w:rPr>
            <w:t>klõpsa siin</w:t>
          </w:r>
          <w:r w:rsidRPr="005255A1">
            <w:rPr>
              <w:rStyle w:val="Kohatitetekst"/>
              <w:i/>
              <w:iCs/>
              <w:color w:val="156082" w:themeColor="accent1"/>
              <w:szCs w:val="24"/>
              <w:lang w:val="et-EE"/>
            </w:rPr>
            <w:t>.</w:t>
          </w:r>
        </w:p>
      </w:docPartBody>
    </w:docPart>
    <w:docPart>
      <w:docPartPr>
        <w:name w:val="EF1463C9C66D4AC783BE30034654E17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ECEDA29-8F70-4FA6-ABB0-B977897F3268}"/>
      </w:docPartPr>
      <w:docPartBody>
        <w:p w:rsidR="00FF0421" w:rsidRDefault="00AA283D" w:rsidP="00AA283D">
          <w:pPr>
            <w:pStyle w:val="EF1463C9C66D4AC783BE30034654E177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</w:t>
          </w:r>
        </w:p>
      </w:docPartBody>
    </w:docPart>
    <w:docPart>
      <w:docPartPr>
        <w:name w:val="A956F766614B481881FEDDF29F35772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0B07691-FBA5-4186-BB5D-56CA5A8CDA24}"/>
      </w:docPartPr>
      <w:docPartBody>
        <w:p w:rsidR="00FF0421" w:rsidRDefault="00AA283D" w:rsidP="00AA283D">
          <w:pPr>
            <w:pStyle w:val="A956F766614B481881FEDDF29F35772C4"/>
          </w:pPr>
          <w:r w:rsidRPr="287437D2">
            <w:rPr>
              <w:rStyle w:val="Kohatitetekst"/>
              <w:i/>
              <w:color w:val="156082" w:themeColor="accent1"/>
              <w:lang w:val="et-EE"/>
            </w:rPr>
            <w:t>Teksti sisestamiseks klõpsa siin.</w:t>
          </w:r>
        </w:p>
      </w:docPartBody>
    </w:docPart>
    <w:docPart>
      <w:docPartPr>
        <w:name w:val="964DD95E6E4C4597B5474952C26EFAB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C49182D-AFDB-4A3F-B731-A429BD64554F}"/>
      </w:docPartPr>
      <w:docPartBody>
        <w:p w:rsidR="0020433B" w:rsidRDefault="00AA283D" w:rsidP="00AA283D">
          <w:pPr>
            <w:pStyle w:val="964DD95E6E4C4597B5474952C26EFABB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9459DEA5B4F24B288037D99429D1C5C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100E916-2DF0-4506-B38C-6E56C8A835B9}"/>
      </w:docPartPr>
      <w:docPartBody>
        <w:p w:rsidR="0020433B" w:rsidRDefault="00AA283D" w:rsidP="00AA283D">
          <w:pPr>
            <w:pStyle w:val="9459DEA5B4F24B288037D99429D1C5CA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CF5290A9C2944013A0594758A277904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A71A123-2614-4B36-A53D-38D0EE6FDED3}"/>
      </w:docPartPr>
      <w:docPartBody>
        <w:p w:rsidR="0020433B" w:rsidRDefault="00AA283D" w:rsidP="00AA283D">
          <w:pPr>
            <w:pStyle w:val="CF5290A9C2944013A0594758A2779040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B2A1B7BA3B784195A42FA0BB926D1A4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7707D4A-FBF0-40B0-B2C1-182CE00934A7}"/>
      </w:docPartPr>
      <w:docPartBody>
        <w:p w:rsidR="0020433B" w:rsidRDefault="00AA283D" w:rsidP="00AA283D">
          <w:pPr>
            <w:pStyle w:val="B2A1B7BA3B784195A42FA0BB926D1A4F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E81E1EBA7A014094A21FEB4DFAC1602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013D7F6-0A7C-488D-B5BB-734D67E215EF}"/>
      </w:docPartPr>
      <w:docPartBody>
        <w:p w:rsidR="0020433B" w:rsidRDefault="00AA283D" w:rsidP="00AA283D">
          <w:pPr>
            <w:pStyle w:val="E81E1EBA7A014094A21FEB4DFAC1602A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E7775335609A4FBA92047322229B18D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573DA9D-0FA3-4B17-9013-75082113901E}"/>
      </w:docPartPr>
      <w:docPartBody>
        <w:p w:rsidR="0020433B" w:rsidRDefault="00AA283D" w:rsidP="00AA283D">
          <w:pPr>
            <w:pStyle w:val="E7775335609A4FBA92047322229B18D0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61FB4427BB474E30830F14F247D3017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1D69107-8E85-4270-8A39-E760599DF551}"/>
      </w:docPartPr>
      <w:docPartBody>
        <w:p w:rsidR="0020433B" w:rsidRDefault="00AA283D" w:rsidP="00AA283D">
          <w:pPr>
            <w:pStyle w:val="61FB4427BB474E30830F14F247D30176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83752C31CC574842B04AA311E4867AB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631AB47-5A28-4175-ABC9-B43FC452A678}"/>
      </w:docPartPr>
      <w:docPartBody>
        <w:p w:rsidR="0020433B" w:rsidRDefault="00AA283D" w:rsidP="00AA283D">
          <w:pPr>
            <w:pStyle w:val="83752C31CC574842B04AA311E4867AB1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A1061052CD7F43B1B995E1CB6745E4E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F8FAA45-C223-46DF-9E5C-43A4347967BE}"/>
      </w:docPartPr>
      <w:docPartBody>
        <w:p w:rsidR="0020433B" w:rsidRDefault="00AA283D" w:rsidP="00AA283D">
          <w:pPr>
            <w:pStyle w:val="A1061052CD7F43B1B995E1CB6745E4E2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16C4A23ADD6D446AACD8BA07259BE8D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60398B4-DF58-43A0-85C4-EE79C51705FC}"/>
      </w:docPartPr>
      <w:docPartBody>
        <w:p w:rsidR="0020433B" w:rsidRDefault="00AA283D" w:rsidP="00AA283D">
          <w:pPr>
            <w:pStyle w:val="16C4A23ADD6D446AACD8BA07259BE8D6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A3AA73C8F0F94CAF93E72E0480C323C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A96B844-A974-45D1-BCAC-B411F70CBB35}"/>
      </w:docPartPr>
      <w:docPartBody>
        <w:p w:rsidR="0020433B" w:rsidRDefault="00AA283D" w:rsidP="00AA283D">
          <w:pPr>
            <w:pStyle w:val="A3AA73C8F0F94CAF93E72E0480C323CB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8BABEC1298D248C492B447408AB170F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DCD3CE2-6A76-4985-9FA5-D036598D9EA4}"/>
      </w:docPartPr>
      <w:docPartBody>
        <w:p w:rsidR="0020433B" w:rsidRDefault="00AA283D" w:rsidP="00AA283D">
          <w:pPr>
            <w:pStyle w:val="8BABEC1298D248C492B447408AB170F3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7FE59D2860B34FA8AB3740F0E2DDFF8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731F970-4494-4C60-8D09-068A860E16C9}"/>
      </w:docPartPr>
      <w:docPartBody>
        <w:p w:rsidR="0020433B" w:rsidRDefault="00AA283D" w:rsidP="00AA283D">
          <w:pPr>
            <w:pStyle w:val="7FE59D2860B34FA8AB3740F0E2DDFF89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B42E979779A64C5ABDE4BC2D659ED01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8E67ACA-65A7-4E8A-96FA-B9E717AF1A97}"/>
      </w:docPartPr>
      <w:docPartBody>
        <w:p w:rsidR="0020433B" w:rsidRDefault="00AA283D" w:rsidP="00AA283D">
          <w:pPr>
            <w:pStyle w:val="B42E979779A64C5ABDE4BC2D659ED013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F3C8894D31E34C9DA85659D6DE5C28C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270C456-FCC6-4DF3-AC4A-4373BB97F34B}"/>
      </w:docPartPr>
      <w:docPartBody>
        <w:p w:rsidR="0020433B" w:rsidRDefault="00AA283D" w:rsidP="00AA283D">
          <w:pPr>
            <w:pStyle w:val="F3C8894D31E34C9DA85659D6DE5C28C4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2153651B8D8C4631AAA80D501209878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C332AFC-02DD-41BF-873C-8A6EEB0024D1}"/>
      </w:docPartPr>
      <w:docPartBody>
        <w:p w:rsidR="0020433B" w:rsidRDefault="00AA283D" w:rsidP="00AA283D">
          <w:pPr>
            <w:pStyle w:val="2153651B8D8C4631AAA80D5012098788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4D3CAACA3A0E4192B9E7486D0D35C93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4EA41CC-2008-40BD-8387-EB847D1CEC78}"/>
      </w:docPartPr>
      <w:docPartBody>
        <w:p w:rsidR="0020433B" w:rsidRDefault="00AA283D" w:rsidP="00AA283D">
          <w:pPr>
            <w:pStyle w:val="4D3CAACA3A0E4192B9E7486D0D35C93A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F6A0139235664F908B8256E0CA3F73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00877CE-69EB-487D-8C7F-CA7E73E8EC15}"/>
      </w:docPartPr>
      <w:docPartBody>
        <w:p w:rsidR="0020433B" w:rsidRDefault="00AA283D" w:rsidP="00AA283D">
          <w:pPr>
            <w:pStyle w:val="F6A0139235664F908B8256E0CA3F7317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316C251447DD4F549CEE6F83FDE3F38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517595E-81E9-4BEF-99D4-D467E661E4FB}"/>
      </w:docPartPr>
      <w:docPartBody>
        <w:p w:rsidR="0020433B" w:rsidRDefault="00AA283D" w:rsidP="00AA283D">
          <w:pPr>
            <w:pStyle w:val="316C251447DD4F549CEE6F83FDE3F388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AA8FFEB192C149CC90B9D2112F0084E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7BDAC02-8E5B-4D85-AE05-843CDC646725}"/>
      </w:docPartPr>
      <w:docPartBody>
        <w:p w:rsidR="0020433B" w:rsidRDefault="00AA283D" w:rsidP="00AA283D">
          <w:pPr>
            <w:pStyle w:val="AA8FFEB192C149CC90B9D2112F0084E0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2BDC6F99093A469F9516061D92E4A24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50B299D-7BE5-426F-9837-A5C11259F667}"/>
      </w:docPartPr>
      <w:docPartBody>
        <w:p w:rsidR="0020433B" w:rsidRDefault="00AA283D" w:rsidP="00AA283D">
          <w:pPr>
            <w:pStyle w:val="2BDC6F99093A469F9516061D92E4A245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2CD568C5E66F48EA9CEF92ED48B4829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6D0BED3-B1FC-4F17-9EFB-E9F5B65AD435}"/>
      </w:docPartPr>
      <w:docPartBody>
        <w:p w:rsidR="0020433B" w:rsidRDefault="00AA283D" w:rsidP="00AA283D">
          <w:pPr>
            <w:pStyle w:val="2CD568C5E66F48EA9CEF92ED48B4829E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14936A4BA7AF455DBCF00F642C00F12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85B2E95-A680-40CB-9CE0-24D5CAE92A2D}"/>
      </w:docPartPr>
      <w:docPartBody>
        <w:p w:rsidR="0020433B" w:rsidRDefault="00AA283D" w:rsidP="00AA283D">
          <w:pPr>
            <w:pStyle w:val="14936A4BA7AF455DBCF00F642C00F127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C291465C727B4C449F771BE56B3EC39A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51830C7-C454-4534-AA95-D7AF1926D362}"/>
      </w:docPartPr>
      <w:docPartBody>
        <w:p w:rsidR="0020433B" w:rsidRDefault="00AA283D" w:rsidP="00AA283D">
          <w:pPr>
            <w:pStyle w:val="C291465C727B4C449F771BE56B3EC39A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CC98471B811D450CB8A3DA56A052436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0A01ACA-4043-43DC-8C7C-E354D643D407}"/>
      </w:docPartPr>
      <w:docPartBody>
        <w:p w:rsidR="0020433B" w:rsidRDefault="00AA283D" w:rsidP="00AA283D">
          <w:pPr>
            <w:pStyle w:val="CC98471B811D450CB8A3DA56A052436F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9E65BA28C2384A9CB46802EC5AF2649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3F0A748-9B14-469A-9B20-C3AC50BF0AA9}"/>
      </w:docPartPr>
      <w:docPartBody>
        <w:p w:rsidR="0020433B" w:rsidRDefault="00AA283D" w:rsidP="00AA283D">
          <w:pPr>
            <w:pStyle w:val="9E65BA28C2384A9CB46802EC5AF2649F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8893C6FBDDF64C41A878F313B53CE50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B5FA8E8-FAE3-4281-A34E-B198E6B04C57}"/>
      </w:docPartPr>
      <w:docPartBody>
        <w:p w:rsidR="0020433B" w:rsidRDefault="00AA283D" w:rsidP="00AA283D">
          <w:pPr>
            <w:pStyle w:val="8893C6FBDDF64C41A878F313B53CE503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F7E9ADA064ED4314A1249F107B2986F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2CB80F0-4765-4A55-A1F3-6663B95AE3F7}"/>
      </w:docPartPr>
      <w:docPartBody>
        <w:p w:rsidR="0020433B" w:rsidRDefault="00AA283D" w:rsidP="00AA283D">
          <w:pPr>
            <w:pStyle w:val="F7E9ADA064ED4314A1249F107B2986FD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94EC90D36F754DF1BF05D21F52F3833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A6ADF33-0A8D-42A5-89C0-7AB980DC0838}"/>
      </w:docPartPr>
      <w:docPartBody>
        <w:p w:rsidR="0020433B" w:rsidRDefault="00AA283D" w:rsidP="00AA283D">
          <w:pPr>
            <w:pStyle w:val="94EC90D36F754DF1BF05D21F52F3833D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60ECAF3858124E0BA15F3B0A6317603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ED3E06C-15EE-4534-A1F0-7909C29ACC41}"/>
      </w:docPartPr>
      <w:docPartBody>
        <w:p w:rsidR="0020433B" w:rsidRDefault="00AA283D" w:rsidP="00AA283D">
          <w:pPr>
            <w:pStyle w:val="60ECAF3858124E0BA15F3B0A6317603B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F7AE9F22905F408BA234665676639C68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845CA61-C119-421D-BDE9-D666508C0103}"/>
      </w:docPartPr>
      <w:docPartBody>
        <w:p w:rsidR="0020433B" w:rsidRDefault="00AA283D" w:rsidP="00AA283D">
          <w:pPr>
            <w:pStyle w:val="F7AE9F22905F408BA234665676639C68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3309DF6A1B874DE194BCFA7A1AB9A71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0ABE046-C0EF-4FCD-B5D8-A485DAC3F4D2}"/>
      </w:docPartPr>
      <w:docPartBody>
        <w:p w:rsidR="0020433B" w:rsidRDefault="00AA283D" w:rsidP="00AA283D">
          <w:pPr>
            <w:pStyle w:val="3309DF6A1B874DE194BCFA7A1AB9A713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C5D0C1EA7C434EE381B887770182033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CBD2EF18-F027-4D3A-9233-4E975ACAF335}"/>
      </w:docPartPr>
      <w:docPartBody>
        <w:p w:rsidR="0020433B" w:rsidRDefault="00AA283D" w:rsidP="00AA283D">
          <w:pPr>
            <w:pStyle w:val="C5D0C1EA7C434EE381B8877701820339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3DED4C19F673435286E4CAB1082F242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D1C3DEA0-3519-4FF9-A8FF-41A4A78B531B}"/>
      </w:docPartPr>
      <w:docPartBody>
        <w:p w:rsidR="0020433B" w:rsidRDefault="00AA283D" w:rsidP="00AA283D">
          <w:pPr>
            <w:pStyle w:val="3DED4C19F673435286E4CAB1082F242D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B5946B6CA6264B719B3F49CA343E8A9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EEFAAAD-CDB8-45B4-99EA-03CFEEF26DA9}"/>
      </w:docPartPr>
      <w:docPartBody>
        <w:p w:rsidR="0020433B" w:rsidRDefault="00AA283D" w:rsidP="00AA283D">
          <w:pPr>
            <w:pStyle w:val="B5946B6CA6264B719B3F49CA343E8A99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D800543783FF4E8CB5C04D2002BB2A3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3846EA2-8AEF-4FD2-AC1C-ACEDE8DF08A8}"/>
      </w:docPartPr>
      <w:docPartBody>
        <w:p w:rsidR="0020433B" w:rsidRDefault="00AA283D" w:rsidP="00AA283D">
          <w:pPr>
            <w:pStyle w:val="D800543783FF4E8CB5C04D2002BB2A32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676E074B5EB04AD3B9D7AE25A97CA50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1D2A869-7C00-48D4-A0EB-B6D8E7BB7E65}"/>
      </w:docPartPr>
      <w:docPartBody>
        <w:p w:rsidR="0020433B" w:rsidRDefault="00AA283D" w:rsidP="00AA283D">
          <w:pPr>
            <w:pStyle w:val="676E074B5EB04AD3B9D7AE25A97CA50F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72BC5818A0E34CDA9658B331F924B33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2F554C90-BECD-4F95-9AE6-3416832803B3}"/>
      </w:docPartPr>
      <w:docPartBody>
        <w:p w:rsidR="0020433B" w:rsidRDefault="00AA283D" w:rsidP="00AA283D">
          <w:pPr>
            <w:pStyle w:val="72BC5818A0E34CDA9658B331F924B33B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EAFF62E6AFB743E4AA4EA5C3B719F6F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DF7F896-775C-4219-8D78-2577B921683C}"/>
      </w:docPartPr>
      <w:docPartBody>
        <w:p w:rsidR="0020433B" w:rsidRDefault="00AA283D" w:rsidP="00AA283D">
          <w:pPr>
            <w:pStyle w:val="EAFF62E6AFB743E4AA4EA5C3B719F6F9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B0DC8A68A3614A1593B7A2407BDE219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5A6E5E9B-5AA8-41D8-BFDB-DD7E52FCC366}"/>
      </w:docPartPr>
      <w:docPartBody>
        <w:p w:rsidR="0020433B" w:rsidRDefault="00AA283D" w:rsidP="00AA283D">
          <w:pPr>
            <w:pStyle w:val="B0DC8A68A3614A1593B7A2407BDE2196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D583294ADF694DFEB2EC09318F58E65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AC10AD4-A3E4-4700-8B0F-4288AA293395}"/>
      </w:docPartPr>
      <w:docPartBody>
        <w:p w:rsidR="0020433B" w:rsidRDefault="00AA283D" w:rsidP="00AA283D">
          <w:pPr>
            <w:pStyle w:val="D583294ADF694DFEB2EC09318F58E65E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5E9E9543D5B44902BD8F0BA64043660D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5DB5B2D-5EF0-4112-854C-954C0E98081E}"/>
      </w:docPartPr>
      <w:docPartBody>
        <w:p w:rsidR="0020433B" w:rsidRDefault="00AA283D" w:rsidP="00AA283D">
          <w:pPr>
            <w:pStyle w:val="5E9E9543D5B44902BD8F0BA64043660D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B24852DED1B14CDDB44B988603CEFAD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6745C63-A413-4480-8274-03AB9E688AA9}"/>
      </w:docPartPr>
      <w:docPartBody>
        <w:p w:rsidR="0020433B" w:rsidRDefault="00AA283D" w:rsidP="00AA283D">
          <w:pPr>
            <w:pStyle w:val="B24852DED1B14CDDB44B988603CEFAD6"/>
          </w:pPr>
          <w:r w:rsidRPr="006D05A5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994D2BB2B63D4D2B890DBA5E6B992861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FCA8C9D-3CA9-41ED-8264-8C02CE329A03}"/>
      </w:docPartPr>
      <w:docPartBody>
        <w:p w:rsidR="0020433B" w:rsidRDefault="00AA283D" w:rsidP="00AA283D">
          <w:pPr>
            <w:pStyle w:val="994D2BB2B63D4D2B890DBA5E6B992861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DE2701FB6BE04BE48465FDFD2839EBA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7B20070-D489-4EE5-8787-7566EE83B42C}"/>
      </w:docPartPr>
      <w:docPartBody>
        <w:p w:rsidR="00BB592A" w:rsidRDefault="00C25638" w:rsidP="00C25638">
          <w:pPr>
            <w:pStyle w:val="DE2701FB6BE04BE48465FDFD2839EBA2"/>
          </w:pPr>
          <w:r w:rsidRPr="00364427">
            <w:rPr>
              <w:rStyle w:val="Kohatitetekst"/>
            </w:rPr>
            <w:t>Teksti sisestamiseks klõpsake või koputage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E4C"/>
    <w:rsid w:val="00005B85"/>
    <w:rsid w:val="000257C7"/>
    <w:rsid w:val="0005712A"/>
    <w:rsid w:val="00087AB3"/>
    <w:rsid w:val="000F2203"/>
    <w:rsid w:val="001943A0"/>
    <w:rsid w:val="001C5023"/>
    <w:rsid w:val="0020433B"/>
    <w:rsid w:val="00211D80"/>
    <w:rsid w:val="00220950"/>
    <w:rsid w:val="0024011C"/>
    <w:rsid w:val="002A7097"/>
    <w:rsid w:val="002E6079"/>
    <w:rsid w:val="00344052"/>
    <w:rsid w:val="003D04DF"/>
    <w:rsid w:val="003F0CF6"/>
    <w:rsid w:val="003F1FA1"/>
    <w:rsid w:val="005149F1"/>
    <w:rsid w:val="00587CD7"/>
    <w:rsid w:val="0066310D"/>
    <w:rsid w:val="00680281"/>
    <w:rsid w:val="006E18CE"/>
    <w:rsid w:val="0078125D"/>
    <w:rsid w:val="009372C2"/>
    <w:rsid w:val="009669CC"/>
    <w:rsid w:val="009C1619"/>
    <w:rsid w:val="00A175AF"/>
    <w:rsid w:val="00A61365"/>
    <w:rsid w:val="00A779AC"/>
    <w:rsid w:val="00AA283D"/>
    <w:rsid w:val="00AA53E6"/>
    <w:rsid w:val="00AB093E"/>
    <w:rsid w:val="00AB268E"/>
    <w:rsid w:val="00B10C0A"/>
    <w:rsid w:val="00B47FEE"/>
    <w:rsid w:val="00BA0D89"/>
    <w:rsid w:val="00BB592A"/>
    <w:rsid w:val="00C25638"/>
    <w:rsid w:val="00C97AC4"/>
    <w:rsid w:val="00CB61B9"/>
    <w:rsid w:val="00CD7C4D"/>
    <w:rsid w:val="00D33CC4"/>
    <w:rsid w:val="00DB765E"/>
    <w:rsid w:val="00DC6C89"/>
    <w:rsid w:val="00EA66D4"/>
    <w:rsid w:val="00EF7809"/>
    <w:rsid w:val="00F11E4C"/>
    <w:rsid w:val="00FF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8F8B13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C25638"/>
    <w:rPr>
      <w:color w:val="666666"/>
    </w:rPr>
  </w:style>
  <w:style w:type="paragraph" w:customStyle="1" w:styleId="6777D59C292B49CEA5A099C924437CB34">
    <w:name w:val="6777D59C292B49CEA5A099C924437CB3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3CD30ED907B4465DB6A2141F3E72701A4">
    <w:name w:val="3CD30ED907B4465DB6A2141F3E72701A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A0B1F9E09A6F4FF6A59F6999559DB5134">
    <w:name w:val="A0B1F9E09A6F4FF6A59F6999559DB513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E1CBB5DCC5F84D2293A43FF453D51E514">
    <w:name w:val="E1CBB5DCC5F84D2293A43FF453D51E51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795DF4854C11446BBF329B3E95DAE06A4">
    <w:name w:val="795DF4854C11446BBF329B3E95DAE06A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EF1463C9C66D4AC783BE30034654E1774">
    <w:name w:val="EF1463C9C66D4AC783BE30034654E177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A956F766614B481881FEDDF29F35772C4">
    <w:name w:val="A956F766614B481881FEDDF29F35772C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98289294309C4D6C9AF2FED7C7322D7F4">
    <w:name w:val="98289294309C4D6C9AF2FED7C7322D7F4"/>
    <w:rsid w:val="00AA283D"/>
    <w:pPr>
      <w:spacing w:before="100" w:after="200" w:line="240" w:lineRule="auto"/>
    </w:pPr>
    <w:rPr>
      <w:kern w:val="0"/>
      <w:szCs w:val="20"/>
      <w:lang w:val="en-US" w:eastAsia="en-US"/>
      <w14:ligatures w14:val="none"/>
    </w:rPr>
  </w:style>
  <w:style w:type="paragraph" w:customStyle="1" w:styleId="964DD95E6E4C4597B5474952C26EFABB">
    <w:name w:val="964DD95E6E4C4597B5474952C26EFABB"/>
    <w:rsid w:val="00AA283D"/>
  </w:style>
  <w:style w:type="paragraph" w:customStyle="1" w:styleId="9459DEA5B4F24B288037D99429D1C5CA">
    <w:name w:val="9459DEA5B4F24B288037D99429D1C5CA"/>
    <w:rsid w:val="00AA283D"/>
  </w:style>
  <w:style w:type="paragraph" w:customStyle="1" w:styleId="CF5290A9C2944013A0594758A2779040">
    <w:name w:val="CF5290A9C2944013A0594758A2779040"/>
    <w:rsid w:val="00AA283D"/>
  </w:style>
  <w:style w:type="paragraph" w:customStyle="1" w:styleId="B2A1B7BA3B784195A42FA0BB926D1A4F">
    <w:name w:val="B2A1B7BA3B784195A42FA0BB926D1A4F"/>
    <w:rsid w:val="00AA283D"/>
  </w:style>
  <w:style w:type="paragraph" w:customStyle="1" w:styleId="E81E1EBA7A014094A21FEB4DFAC1602A">
    <w:name w:val="E81E1EBA7A014094A21FEB4DFAC1602A"/>
    <w:rsid w:val="00AA283D"/>
  </w:style>
  <w:style w:type="paragraph" w:customStyle="1" w:styleId="E7775335609A4FBA92047322229B18D0">
    <w:name w:val="E7775335609A4FBA92047322229B18D0"/>
    <w:rsid w:val="00AA283D"/>
  </w:style>
  <w:style w:type="paragraph" w:customStyle="1" w:styleId="61FB4427BB474E30830F14F247D30176">
    <w:name w:val="61FB4427BB474E30830F14F247D30176"/>
    <w:rsid w:val="00AA283D"/>
  </w:style>
  <w:style w:type="paragraph" w:customStyle="1" w:styleId="83752C31CC574842B04AA311E4867AB1">
    <w:name w:val="83752C31CC574842B04AA311E4867AB1"/>
    <w:rsid w:val="00AA283D"/>
  </w:style>
  <w:style w:type="paragraph" w:customStyle="1" w:styleId="A1061052CD7F43B1B995E1CB6745E4E2">
    <w:name w:val="A1061052CD7F43B1B995E1CB6745E4E2"/>
    <w:rsid w:val="00AA283D"/>
  </w:style>
  <w:style w:type="paragraph" w:customStyle="1" w:styleId="16C4A23ADD6D446AACD8BA07259BE8D6">
    <w:name w:val="16C4A23ADD6D446AACD8BA07259BE8D6"/>
    <w:rsid w:val="00AA283D"/>
  </w:style>
  <w:style w:type="paragraph" w:customStyle="1" w:styleId="A3AA73C8F0F94CAF93E72E0480C323CB">
    <w:name w:val="A3AA73C8F0F94CAF93E72E0480C323CB"/>
    <w:rsid w:val="00AA283D"/>
  </w:style>
  <w:style w:type="paragraph" w:customStyle="1" w:styleId="8BABEC1298D248C492B447408AB170F3">
    <w:name w:val="8BABEC1298D248C492B447408AB170F3"/>
    <w:rsid w:val="00AA283D"/>
  </w:style>
  <w:style w:type="paragraph" w:customStyle="1" w:styleId="7FE59D2860B34FA8AB3740F0E2DDFF89">
    <w:name w:val="7FE59D2860B34FA8AB3740F0E2DDFF89"/>
    <w:rsid w:val="00AA283D"/>
  </w:style>
  <w:style w:type="paragraph" w:customStyle="1" w:styleId="B42E979779A64C5ABDE4BC2D659ED013">
    <w:name w:val="B42E979779A64C5ABDE4BC2D659ED013"/>
    <w:rsid w:val="00AA283D"/>
  </w:style>
  <w:style w:type="paragraph" w:customStyle="1" w:styleId="F3C8894D31E34C9DA85659D6DE5C28C4">
    <w:name w:val="F3C8894D31E34C9DA85659D6DE5C28C4"/>
    <w:rsid w:val="00AA283D"/>
  </w:style>
  <w:style w:type="paragraph" w:customStyle="1" w:styleId="2153651B8D8C4631AAA80D5012098788">
    <w:name w:val="2153651B8D8C4631AAA80D5012098788"/>
    <w:rsid w:val="00AA283D"/>
  </w:style>
  <w:style w:type="paragraph" w:customStyle="1" w:styleId="4D3CAACA3A0E4192B9E7486D0D35C93A">
    <w:name w:val="4D3CAACA3A0E4192B9E7486D0D35C93A"/>
    <w:rsid w:val="00AA283D"/>
  </w:style>
  <w:style w:type="paragraph" w:customStyle="1" w:styleId="F6A0139235664F908B8256E0CA3F7317">
    <w:name w:val="F6A0139235664F908B8256E0CA3F7317"/>
    <w:rsid w:val="00AA283D"/>
  </w:style>
  <w:style w:type="paragraph" w:customStyle="1" w:styleId="316C251447DD4F549CEE6F83FDE3F388">
    <w:name w:val="316C251447DD4F549CEE6F83FDE3F388"/>
    <w:rsid w:val="00AA283D"/>
  </w:style>
  <w:style w:type="paragraph" w:customStyle="1" w:styleId="AA8FFEB192C149CC90B9D2112F0084E0">
    <w:name w:val="AA8FFEB192C149CC90B9D2112F0084E0"/>
    <w:rsid w:val="00AA283D"/>
  </w:style>
  <w:style w:type="paragraph" w:customStyle="1" w:styleId="2BDC6F99093A469F9516061D92E4A245">
    <w:name w:val="2BDC6F99093A469F9516061D92E4A245"/>
    <w:rsid w:val="00AA283D"/>
  </w:style>
  <w:style w:type="paragraph" w:customStyle="1" w:styleId="2CD568C5E66F48EA9CEF92ED48B4829E">
    <w:name w:val="2CD568C5E66F48EA9CEF92ED48B4829E"/>
    <w:rsid w:val="00AA283D"/>
  </w:style>
  <w:style w:type="paragraph" w:customStyle="1" w:styleId="02A56A135A074C4F9BF3FF936DD47705">
    <w:name w:val="02A56A135A074C4F9BF3FF936DD47705"/>
    <w:rsid w:val="00AA283D"/>
  </w:style>
  <w:style w:type="paragraph" w:customStyle="1" w:styleId="FA3454BBD0004B53A0D3070129F02242">
    <w:name w:val="FA3454BBD0004B53A0D3070129F02242"/>
    <w:rsid w:val="00AA283D"/>
  </w:style>
  <w:style w:type="paragraph" w:customStyle="1" w:styleId="14936A4BA7AF455DBCF00F642C00F127">
    <w:name w:val="14936A4BA7AF455DBCF00F642C00F127"/>
    <w:rsid w:val="00AA283D"/>
  </w:style>
  <w:style w:type="paragraph" w:customStyle="1" w:styleId="C291465C727B4C449F771BE56B3EC39A">
    <w:name w:val="C291465C727B4C449F771BE56B3EC39A"/>
    <w:rsid w:val="00AA283D"/>
  </w:style>
  <w:style w:type="paragraph" w:customStyle="1" w:styleId="CC98471B811D450CB8A3DA56A052436F">
    <w:name w:val="CC98471B811D450CB8A3DA56A052436F"/>
    <w:rsid w:val="00AA283D"/>
  </w:style>
  <w:style w:type="paragraph" w:customStyle="1" w:styleId="9E65BA28C2384A9CB46802EC5AF2649F">
    <w:name w:val="9E65BA28C2384A9CB46802EC5AF2649F"/>
    <w:rsid w:val="00AA283D"/>
  </w:style>
  <w:style w:type="paragraph" w:customStyle="1" w:styleId="8893C6FBDDF64C41A878F313B53CE503">
    <w:name w:val="8893C6FBDDF64C41A878F313B53CE503"/>
    <w:rsid w:val="00AA283D"/>
  </w:style>
  <w:style w:type="paragraph" w:customStyle="1" w:styleId="F7E9ADA064ED4314A1249F107B2986FD">
    <w:name w:val="F7E9ADA064ED4314A1249F107B2986FD"/>
    <w:rsid w:val="00AA283D"/>
  </w:style>
  <w:style w:type="paragraph" w:customStyle="1" w:styleId="94EC90D36F754DF1BF05D21F52F3833D">
    <w:name w:val="94EC90D36F754DF1BF05D21F52F3833D"/>
    <w:rsid w:val="00AA283D"/>
  </w:style>
  <w:style w:type="paragraph" w:customStyle="1" w:styleId="60ECAF3858124E0BA15F3B0A6317603B">
    <w:name w:val="60ECAF3858124E0BA15F3B0A6317603B"/>
    <w:rsid w:val="00AA283D"/>
  </w:style>
  <w:style w:type="paragraph" w:customStyle="1" w:styleId="F7AE9F22905F408BA234665676639C68">
    <w:name w:val="F7AE9F22905F408BA234665676639C68"/>
    <w:rsid w:val="00AA283D"/>
  </w:style>
  <w:style w:type="paragraph" w:customStyle="1" w:styleId="3309DF6A1B874DE194BCFA7A1AB9A713">
    <w:name w:val="3309DF6A1B874DE194BCFA7A1AB9A713"/>
    <w:rsid w:val="00AA283D"/>
  </w:style>
  <w:style w:type="paragraph" w:customStyle="1" w:styleId="C5D0C1EA7C434EE381B8877701820339">
    <w:name w:val="C5D0C1EA7C434EE381B8877701820339"/>
    <w:rsid w:val="00AA283D"/>
  </w:style>
  <w:style w:type="paragraph" w:customStyle="1" w:styleId="3DED4C19F673435286E4CAB1082F242D">
    <w:name w:val="3DED4C19F673435286E4CAB1082F242D"/>
    <w:rsid w:val="00AA283D"/>
  </w:style>
  <w:style w:type="paragraph" w:customStyle="1" w:styleId="B5946B6CA6264B719B3F49CA343E8A99">
    <w:name w:val="B5946B6CA6264B719B3F49CA343E8A99"/>
    <w:rsid w:val="00AA283D"/>
  </w:style>
  <w:style w:type="paragraph" w:customStyle="1" w:styleId="D800543783FF4E8CB5C04D2002BB2A32">
    <w:name w:val="D800543783FF4E8CB5C04D2002BB2A32"/>
    <w:rsid w:val="00AA283D"/>
  </w:style>
  <w:style w:type="paragraph" w:customStyle="1" w:styleId="676E074B5EB04AD3B9D7AE25A97CA50F">
    <w:name w:val="676E074B5EB04AD3B9D7AE25A97CA50F"/>
    <w:rsid w:val="00AA283D"/>
  </w:style>
  <w:style w:type="paragraph" w:customStyle="1" w:styleId="72BC5818A0E34CDA9658B331F924B33B">
    <w:name w:val="72BC5818A0E34CDA9658B331F924B33B"/>
    <w:rsid w:val="00AA283D"/>
  </w:style>
  <w:style w:type="paragraph" w:customStyle="1" w:styleId="EAFF62E6AFB743E4AA4EA5C3B719F6F9">
    <w:name w:val="EAFF62E6AFB743E4AA4EA5C3B719F6F9"/>
    <w:rsid w:val="00AA283D"/>
  </w:style>
  <w:style w:type="paragraph" w:customStyle="1" w:styleId="B0DC8A68A3614A1593B7A2407BDE2196">
    <w:name w:val="B0DC8A68A3614A1593B7A2407BDE2196"/>
    <w:rsid w:val="00AA283D"/>
  </w:style>
  <w:style w:type="paragraph" w:customStyle="1" w:styleId="D583294ADF694DFEB2EC09318F58E65E">
    <w:name w:val="D583294ADF694DFEB2EC09318F58E65E"/>
    <w:rsid w:val="00AA283D"/>
  </w:style>
  <w:style w:type="paragraph" w:customStyle="1" w:styleId="5E9E9543D5B44902BD8F0BA64043660D">
    <w:name w:val="5E9E9543D5B44902BD8F0BA64043660D"/>
    <w:rsid w:val="00AA283D"/>
  </w:style>
  <w:style w:type="paragraph" w:customStyle="1" w:styleId="B24852DED1B14CDDB44B988603CEFAD6">
    <w:name w:val="B24852DED1B14CDDB44B988603CEFAD6"/>
    <w:rsid w:val="00AA283D"/>
  </w:style>
  <w:style w:type="paragraph" w:customStyle="1" w:styleId="994D2BB2B63D4D2B890DBA5E6B992861">
    <w:name w:val="994D2BB2B63D4D2B890DBA5E6B992861"/>
    <w:rsid w:val="00AA283D"/>
  </w:style>
  <w:style w:type="paragraph" w:customStyle="1" w:styleId="DE2701FB6BE04BE48465FDFD2839EBA2">
    <w:name w:val="DE2701FB6BE04BE48465FDFD2839EBA2"/>
    <w:rsid w:val="00C256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4</Pages>
  <Words>745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Eveliis Padar</dc:creator>
  <cp:keywords/>
  <dc:description>generated by python-docx</dc:description>
  <cp:lastModifiedBy>Eveliis Padar</cp:lastModifiedBy>
  <cp:revision>192</cp:revision>
  <cp:lastPrinted>2026-05-15T04:20:00Z</cp:lastPrinted>
  <dcterms:created xsi:type="dcterms:W3CDTF">2026-05-15T04:26:00Z</dcterms:created>
  <dcterms:modified xsi:type="dcterms:W3CDTF">2026-09-10T13:35:00Z</dcterms:modified>
  <cp:category/>
</cp:coreProperties>
</file>