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B877" w14:textId="08D9C141" w:rsidR="00CB38A2" w:rsidRPr="006E1FE6" w:rsidRDefault="005C2FC9" w:rsidP="006E1FE6">
      <w:pPr>
        <w:ind w:left="142" w:right="567"/>
        <w:rPr>
          <w:i/>
          <w:iCs/>
          <w:lang w:val="en-GB"/>
        </w:rPr>
      </w:pPr>
      <w:r w:rsidRPr="006E1FE6">
        <w:rPr>
          <w:i/>
          <w:iCs/>
          <w:lang w:val="en-GB"/>
        </w:rPr>
        <w:t xml:space="preserve">This form is intended to </w:t>
      </w:r>
      <w:r w:rsidR="0F02B41B" w:rsidRPr="006E1FE6">
        <w:rPr>
          <w:i/>
          <w:iCs/>
          <w:lang w:val="en-GB"/>
        </w:rPr>
        <w:t xml:space="preserve">describe </w:t>
      </w:r>
      <w:r w:rsidRPr="006E1FE6">
        <w:rPr>
          <w:i/>
          <w:iCs/>
          <w:lang w:val="en-GB"/>
        </w:rPr>
        <w:t>the circumstances of a</w:t>
      </w:r>
      <w:r w:rsidR="734817E4" w:rsidRPr="006E1FE6">
        <w:rPr>
          <w:i/>
          <w:iCs/>
          <w:lang w:val="en-GB"/>
        </w:rPr>
        <w:t>n</w:t>
      </w:r>
      <w:r w:rsidRPr="006E1FE6">
        <w:rPr>
          <w:i/>
          <w:iCs/>
          <w:lang w:val="en-GB"/>
        </w:rPr>
        <w:t xml:space="preserve"> </w:t>
      </w:r>
      <w:r w:rsidR="1E85014A" w:rsidRPr="006E1FE6">
        <w:rPr>
          <w:i/>
          <w:iCs/>
          <w:lang w:val="en-GB"/>
        </w:rPr>
        <w:t>incident related to equal treatment</w:t>
      </w:r>
      <w:r w:rsidRPr="006E1FE6">
        <w:rPr>
          <w:i/>
          <w:iCs/>
          <w:lang w:val="en-GB"/>
        </w:rPr>
        <w:t xml:space="preserve"> </w:t>
      </w:r>
      <w:r w:rsidR="026ED96A" w:rsidRPr="006E1FE6">
        <w:rPr>
          <w:i/>
          <w:iCs/>
          <w:lang w:val="en-GB"/>
        </w:rPr>
        <w:t xml:space="preserve">and </w:t>
      </w:r>
      <w:r w:rsidRPr="006E1FE6">
        <w:rPr>
          <w:i/>
          <w:iCs/>
          <w:lang w:val="en-GB"/>
        </w:rPr>
        <w:t xml:space="preserve">to </w:t>
      </w:r>
      <w:r w:rsidR="1AFC26F2" w:rsidRPr="006E1FE6">
        <w:rPr>
          <w:i/>
          <w:iCs/>
          <w:lang w:val="en-GB"/>
        </w:rPr>
        <w:t xml:space="preserve">report it to </w:t>
      </w:r>
      <w:r w:rsidR="00802873" w:rsidRPr="006E1FE6">
        <w:rPr>
          <w:i/>
          <w:iCs/>
          <w:lang w:val="en-GB"/>
        </w:rPr>
        <w:t>the equality officer</w:t>
      </w:r>
      <w:r w:rsidRPr="006E1FE6">
        <w:rPr>
          <w:i/>
          <w:iCs/>
          <w:lang w:val="en-GB"/>
        </w:rPr>
        <w:t xml:space="preserve">. Submitting </w:t>
      </w:r>
      <w:r w:rsidR="397162B5" w:rsidRPr="006E1FE6">
        <w:rPr>
          <w:i/>
          <w:iCs/>
          <w:lang w:val="en-GB"/>
        </w:rPr>
        <w:t>the</w:t>
      </w:r>
      <w:r w:rsidRPr="006E1FE6">
        <w:rPr>
          <w:i/>
          <w:iCs/>
          <w:lang w:val="en-GB"/>
        </w:rPr>
        <w:t xml:space="preserve"> report does not constitute a formal complaint. Based on the information provided, the options for resolving the matter will be assessed together with the reporting party, and, where </w:t>
      </w:r>
      <w:r w:rsidR="717E5317" w:rsidRPr="006E1FE6">
        <w:rPr>
          <w:i/>
          <w:iCs/>
          <w:lang w:val="en-GB"/>
        </w:rPr>
        <w:t>necessary</w:t>
      </w:r>
      <w:r w:rsidRPr="006E1FE6">
        <w:rPr>
          <w:i/>
          <w:iCs/>
          <w:lang w:val="en-GB"/>
        </w:rPr>
        <w:t>, a formal complaint procedure</w:t>
      </w:r>
      <w:r w:rsidR="0D3B2BB5" w:rsidRPr="006E1FE6">
        <w:rPr>
          <w:i/>
          <w:iCs/>
          <w:lang w:val="en-GB"/>
        </w:rPr>
        <w:t xml:space="preserve"> will be initiated</w:t>
      </w:r>
      <w:r w:rsidRPr="006E1FE6">
        <w:rPr>
          <w:i/>
          <w:iCs/>
          <w:lang w:val="en-GB"/>
        </w:rPr>
        <w:t xml:space="preserve">. </w:t>
      </w:r>
      <w:r w:rsidRPr="006E1FE6">
        <w:rPr>
          <w:lang w:val="en-GB"/>
        </w:rPr>
        <w:br/>
      </w:r>
      <w:r w:rsidRPr="006E1FE6">
        <w:rPr>
          <w:i/>
          <w:iCs/>
          <w:lang w:val="en-GB"/>
        </w:rPr>
        <w:t>Please describe the incident as accurately and comprehensively as possible and attach any available evidence or other relevant information.</w:t>
      </w:r>
    </w:p>
    <w:p w14:paraId="3B6A4F1C" w14:textId="3BAF27FA" w:rsidR="001507DF" w:rsidRPr="006E1FE6" w:rsidRDefault="001507DF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</w:pPr>
      <w:r w:rsidRPr="006E1FE6"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  <w:t>GENERAL INFORMATION</w:t>
      </w:r>
    </w:p>
    <w:p w14:paraId="150ECA48" w14:textId="523AD42C" w:rsidR="002A464D" w:rsidRPr="006E1FE6" w:rsidRDefault="006C1644" w:rsidP="00613C6A">
      <w:pPr>
        <w:pStyle w:val="Loendilik"/>
        <w:numPr>
          <w:ilvl w:val="1"/>
          <w:numId w:val="19"/>
        </w:numPr>
        <w:spacing w:before="0" w:after="0" w:line="276" w:lineRule="auto"/>
        <w:ind w:left="426" w:hanging="426"/>
        <w:rPr>
          <w:szCs w:val="24"/>
          <w:lang w:val="en-GB"/>
        </w:rPr>
      </w:pPr>
      <w:r w:rsidRPr="006E1FE6">
        <w:rPr>
          <w:szCs w:val="24"/>
          <w:lang w:val="en-GB"/>
        </w:rPr>
        <w:t>Date of completion</w:t>
      </w:r>
      <w:r w:rsidR="005F160D" w:rsidRPr="006E1FE6">
        <w:rPr>
          <w:szCs w:val="24"/>
          <w:lang w:val="en-GB"/>
        </w:rPr>
        <w:t>:</w:t>
      </w:r>
      <w:r w:rsidR="00CD05F3" w:rsidRPr="006E1FE6">
        <w:rPr>
          <w:szCs w:val="24"/>
          <w:lang w:val="en-GB"/>
        </w:rPr>
        <w:t xml:space="preserve"> </w:t>
      </w:r>
      <w:sdt>
        <w:sdtPr>
          <w:rPr>
            <w:rStyle w:val="Laad1"/>
            <w:lang w:val="en-GB"/>
          </w:rPr>
          <w:tag w:val="Click or tap here to enter text."/>
          <w:id w:val="-839840711"/>
          <w:placeholder>
            <w:docPart w:val="6795FB83795340EDB7671E34D9D146F7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Click here to enter text.</w:t>
          </w:r>
        </w:sdtContent>
      </w:sdt>
    </w:p>
    <w:p w14:paraId="732378DE" w14:textId="669DAC51" w:rsidR="002A464D" w:rsidRPr="006E1FE6" w:rsidRDefault="006C1644" w:rsidP="00613C6A">
      <w:pPr>
        <w:pStyle w:val="Loendilik"/>
        <w:numPr>
          <w:ilvl w:val="1"/>
          <w:numId w:val="19"/>
        </w:numPr>
        <w:spacing w:before="0" w:after="0" w:line="276" w:lineRule="auto"/>
        <w:ind w:left="426" w:hanging="426"/>
        <w:rPr>
          <w:i/>
          <w:iCs/>
          <w:szCs w:val="24"/>
          <w:lang w:val="en-GB"/>
        </w:rPr>
      </w:pPr>
      <w:r w:rsidRPr="006E1FE6">
        <w:rPr>
          <w:szCs w:val="24"/>
          <w:lang w:val="en-GB"/>
        </w:rPr>
        <w:t>Name</w:t>
      </w:r>
      <w:r w:rsidR="005F160D" w:rsidRPr="006E1FE6">
        <w:rPr>
          <w:szCs w:val="24"/>
          <w:lang w:val="en-GB"/>
        </w:rPr>
        <w:t>:</w:t>
      </w:r>
      <w:r w:rsidR="00CD05F3" w:rsidRPr="006E1FE6">
        <w:rPr>
          <w:i/>
          <w:iCs/>
          <w:szCs w:val="24"/>
          <w:lang w:val="en-GB"/>
        </w:rPr>
        <w:t xml:space="preserve"> </w:t>
      </w:r>
      <w:sdt>
        <w:sdtPr>
          <w:rPr>
            <w:rStyle w:val="Laad1"/>
            <w:lang w:val="en-GB"/>
          </w:rPr>
          <w:tag w:val="Click or tap here to enter text."/>
          <w:id w:val="2021592328"/>
          <w:placeholder>
            <w:docPart w:val="5041CA0488EA4729BCF77A4136AE487E"/>
          </w:placeholder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Click</w:t>
          </w:r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 xml:space="preserve"> </w:t>
          </w:r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here to enter text.</w:t>
          </w:r>
        </w:sdtContent>
      </w:sdt>
    </w:p>
    <w:p w14:paraId="77140033" w14:textId="0D97F2CB" w:rsidR="002A464D" w:rsidRPr="006E1FE6" w:rsidRDefault="7A998AEA" w:rsidP="00613C6A">
      <w:pPr>
        <w:pStyle w:val="Loendilik"/>
        <w:numPr>
          <w:ilvl w:val="1"/>
          <w:numId w:val="19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Job title or</w:t>
      </w:r>
      <w:r w:rsidR="009E0093" w:rsidRPr="006E1FE6">
        <w:rPr>
          <w:lang w:val="en-GB"/>
        </w:rPr>
        <w:t xml:space="preserve"> affiliation with the University of Tartu: </w:t>
      </w:r>
      <w:sdt>
        <w:sdtPr>
          <w:rPr>
            <w:rStyle w:val="Laad1"/>
            <w:lang w:val="en-GB"/>
          </w:rPr>
          <w:tag w:val="Click or tap here to enter text."/>
          <w:id w:val="766515899"/>
          <w:placeholder>
            <w:docPart w:val="1323BBBC579A482183AB66C468A58983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lang w:val="en-GB"/>
            </w:rPr>
            <w:t>Click</w:t>
          </w:r>
          <w:r w:rsidR="00CD05F3" w:rsidRPr="006E1FE6">
            <w:rPr>
              <w:i/>
              <w:iCs/>
              <w:color w:val="4F81BD" w:themeColor="accent1"/>
              <w:lang w:val="en-GB"/>
            </w:rPr>
            <w:t xml:space="preserve"> </w:t>
          </w:r>
          <w:r w:rsidR="004E7741" w:rsidRPr="006E1FE6">
            <w:rPr>
              <w:i/>
              <w:iCs/>
              <w:color w:val="4F81BD" w:themeColor="accent1"/>
              <w:lang w:val="en-GB"/>
            </w:rPr>
            <w:t>here to enter text.</w:t>
          </w:r>
        </w:sdtContent>
      </w:sdt>
    </w:p>
    <w:p w14:paraId="0F0C679B" w14:textId="534E3B65" w:rsidR="002A464D" w:rsidRPr="006E1FE6" w:rsidRDefault="009E0093" w:rsidP="00613C6A">
      <w:pPr>
        <w:pStyle w:val="Loendilik"/>
        <w:numPr>
          <w:ilvl w:val="1"/>
          <w:numId w:val="19"/>
        </w:numPr>
        <w:spacing w:before="0" w:after="0" w:line="276" w:lineRule="auto"/>
        <w:ind w:left="426" w:hanging="426"/>
        <w:rPr>
          <w:szCs w:val="24"/>
          <w:lang w:val="en-GB"/>
        </w:rPr>
      </w:pPr>
      <w:r w:rsidRPr="006E1FE6">
        <w:rPr>
          <w:szCs w:val="24"/>
          <w:lang w:val="en-GB"/>
        </w:rPr>
        <w:t>Support person (if applicable):</w:t>
      </w:r>
      <w:r w:rsidR="00575AA4" w:rsidRPr="006E1FE6">
        <w:rPr>
          <w:szCs w:val="24"/>
          <w:lang w:val="en-GB"/>
        </w:rPr>
        <w:t xml:space="preserve"> </w:t>
      </w:r>
      <w:sdt>
        <w:sdtPr>
          <w:rPr>
            <w:rStyle w:val="Laad1"/>
            <w:lang w:val="en-GB"/>
          </w:rPr>
          <w:tag w:val="Click or tap here to enter text."/>
          <w:id w:val="476573310"/>
          <w:placeholder>
            <w:docPart w:val="97760A662A714167B4435C79D809B58F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Click</w:t>
          </w:r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 xml:space="preserve"> </w:t>
          </w:r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here to enter text.</w:t>
          </w:r>
        </w:sdtContent>
      </w:sdt>
    </w:p>
    <w:p w14:paraId="621F5417" w14:textId="77777777" w:rsidR="00182C40" w:rsidRPr="006E1FE6" w:rsidRDefault="00182C40" w:rsidP="00182C40">
      <w:pPr>
        <w:pStyle w:val="Loendilik"/>
        <w:spacing w:before="0" w:after="0" w:line="276" w:lineRule="auto"/>
        <w:ind w:left="360"/>
        <w:rPr>
          <w:szCs w:val="24"/>
          <w:lang w:val="en-GB"/>
        </w:rPr>
      </w:pPr>
    </w:p>
    <w:p w14:paraId="2D514D10" w14:textId="18219087" w:rsidR="001507DF" w:rsidRPr="006E1FE6" w:rsidRDefault="001507DF" w:rsidP="00D0647D">
      <w:pPr>
        <w:pStyle w:val="Pealkiri2"/>
        <w:numPr>
          <w:ilvl w:val="0"/>
          <w:numId w:val="12"/>
        </w:numPr>
        <w:spacing w:before="0" w:line="276" w:lineRule="auto"/>
        <w:rPr>
          <w:sz w:val="24"/>
          <w:szCs w:val="24"/>
          <w:shd w:val="clear" w:color="auto" w:fill="DBE5F1" w:themeFill="accent1" w:themeFillTint="33"/>
          <w:lang w:val="en-GB"/>
        </w:rPr>
      </w:pPr>
      <w:r w:rsidRPr="006E1FE6">
        <w:rPr>
          <w:sz w:val="24"/>
          <w:szCs w:val="24"/>
          <w:shd w:val="clear" w:color="auto" w:fill="DBE5F1" w:themeFill="accent1" w:themeFillTint="33"/>
          <w:lang w:val="en-GB"/>
        </w:rPr>
        <w:t xml:space="preserve">DESCRIPTION OF THE </w:t>
      </w:r>
      <w:r w:rsidR="3049F18F" w:rsidRPr="006E1FE6">
        <w:rPr>
          <w:sz w:val="24"/>
          <w:szCs w:val="24"/>
          <w:lang w:val="en-GB"/>
        </w:rPr>
        <w:t>INCIDENT</w:t>
      </w:r>
    </w:p>
    <w:p w14:paraId="55F51B8F" w14:textId="29B9ABE3" w:rsidR="008E5812" w:rsidRPr="006E1FE6" w:rsidRDefault="00C3371E" w:rsidP="388AB995">
      <w:pPr>
        <w:spacing w:before="0" w:after="0" w:line="276" w:lineRule="auto"/>
        <w:rPr>
          <w:i/>
          <w:iCs/>
          <w:lang w:val="en-GB"/>
        </w:rPr>
      </w:pPr>
      <w:r w:rsidRPr="006E1FE6">
        <w:rPr>
          <w:i/>
          <w:iCs/>
          <w:lang w:val="en-GB"/>
        </w:rPr>
        <w:t>Please describe as accurately as possible what happened</w:t>
      </w:r>
      <w:r w:rsidR="1E1F2EF8" w:rsidRPr="006E1FE6">
        <w:rPr>
          <w:i/>
          <w:iCs/>
          <w:lang w:val="en-GB"/>
        </w:rPr>
        <w:t>.</w:t>
      </w:r>
    </w:p>
    <w:p w14:paraId="0B3DA73D" w14:textId="77777777" w:rsidR="005818E7" w:rsidRPr="006E1FE6" w:rsidRDefault="005818E7" w:rsidP="388AB995">
      <w:pPr>
        <w:spacing w:before="0" w:after="0" w:line="276" w:lineRule="auto"/>
        <w:rPr>
          <w:i/>
          <w:iCs/>
          <w:lang w:val="en-GB"/>
        </w:rPr>
      </w:pPr>
    </w:p>
    <w:p w14:paraId="086AD40A" w14:textId="70EA0A95" w:rsidR="00807A7D" w:rsidRPr="006E1FE6" w:rsidRDefault="2BE8363C" w:rsidP="00613C6A">
      <w:pPr>
        <w:pStyle w:val="Loendilik"/>
        <w:numPr>
          <w:ilvl w:val="1"/>
          <w:numId w:val="30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What happened?</w:t>
      </w:r>
      <w:r w:rsidR="00807A7D"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98099864"/>
          <w:placeholder>
            <w:docPart w:val="F56BE96B711E462A864389A19682DCC3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lang w:val="en-GB"/>
            </w:rPr>
            <w:t>Click here to enter text.</w:t>
          </w:r>
        </w:sdtContent>
      </w:sdt>
    </w:p>
    <w:p w14:paraId="05552894" w14:textId="7F282B0F" w:rsidR="00807A7D" w:rsidRPr="006E1FE6" w:rsidRDefault="00807A7D" w:rsidP="00613C6A">
      <w:pPr>
        <w:pStyle w:val="Loendilik"/>
        <w:numPr>
          <w:ilvl w:val="1"/>
          <w:numId w:val="30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Date and time</w:t>
      </w:r>
      <w:r w:rsidR="71E886EF" w:rsidRPr="006E1FE6">
        <w:rPr>
          <w:lang w:val="en-GB"/>
        </w:rPr>
        <w:t xml:space="preserve"> of the incident</w:t>
      </w:r>
      <w:r w:rsidRPr="006E1FE6">
        <w:rPr>
          <w:lang w:val="en-GB"/>
        </w:rPr>
        <w:t>: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883940311"/>
          <w:placeholder>
            <w:docPart w:val="E25E75D598E84304AC656210AA31CE9C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lang w:val="en-GB"/>
            </w:rPr>
            <w:t>Click here to enter text.</w:t>
          </w:r>
        </w:sdtContent>
      </w:sdt>
    </w:p>
    <w:p w14:paraId="2F0257EF" w14:textId="4827510A" w:rsidR="00807A7D" w:rsidRPr="006E1FE6" w:rsidRDefault="00807A7D" w:rsidP="00613C6A">
      <w:pPr>
        <w:pStyle w:val="Loendilik"/>
        <w:numPr>
          <w:ilvl w:val="1"/>
          <w:numId w:val="30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 xml:space="preserve">Location </w:t>
      </w:r>
      <w:r w:rsidR="17B12C26" w:rsidRPr="006E1FE6">
        <w:rPr>
          <w:lang w:val="en-GB"/>
        </w:rPr>
        <w:t>or</w:t>
      </w:r>
      <w:r w:rsidRPr="006E1FE6">
        <w:rPr>
          <w:lang w:val="en-GB"/>
        </w:rPr>
        <w:t xml:space="preserve"> context </w:t>
      </w:r>
      <w:r w:rsidR="00E30B6A" w:rsidRPr="006E1FE6">
        <w:rPr>
          <w:lang w:val="en-GB"/>
        </w:rPr>
        <w:t>of the incident</w:t>
      </w:r>
      <w:r w:rsidRPr="006E1FE6">
        <w:rPr>
          <w:lang w:val="en-GB"/>
        </w:rPr>
        <w:t xml:space="preserve"> (</w:t>
      </w:r>
      <w:r w:rsidR="6117F597" w:rsidRPr="006E1FE6">
        <w:rPr>
          <w:lang w:val="en-GB"/>
        </w:rPr>
        <w:t>u</w:t>
      </w:r>
      <w:r w:rsidRPr="006E1FE6">
        <w:rPr>
          <w:lang w:val="en-GB"/>
        </w:rPr>
        <w:t>niversity</w:t>
      </w:r>
      <w:r w:rsidR="2FB097B4" w:rsidRPr="006E1FE6">
        <w:rPr>
          <w:lang w:val="en-GB"/>
        </w:rPr>
        <w:noBreakHyphen/>
      </w:r>
      <w:r w:rsidRPr="006E1FE6">
        <w:rPr>
          <w:lang w:val="en-GB"/>
        </w:rPr>
        <w:t xml:space="preserve">related event, </w:t>
      </w:r>
      <w:r w:rsidR="78A00D78" w:rsidRPr="006E1FE6">
        <w:rPr>
          <w:lang w:val="en-GB"/>
        </w:rPr>
        <w:t>premises</w:t>
      </w:r>
      <w:r w:rsidRPr="006E1FE6">
        <w:rPr>
          <w:lang w:val="en-GB"/>
        </w:rPr>
        <w:t>, activity):</w:t>
      </w:r>
      <w:r w:rsidR="2FB097B4"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1720015041"/>
          <w:placeholder>
            <w:docPart w:val="9859A7D80BAB4E59952FF68B02FDE142"/>
          </w:placeholder>
          <w:showingPlcHdr/>
          <w15:color w:val="99CCFF"/>
        </w:sdtPr>
        <w:sdtEndPr>
          <w:rPr>
            <w:rStyle w:val="Laad1"/>
          </w:rPr>
        </w:sdtEndPr>
        <w:sdtContent>
          <w:r w:rsidR="00CD05F3" w:rsidRPr="006E1FE6">
            <w:rPr>
              <w:i/>
              <w:iCs/>
              <w:color w:val="4F80BD"/>
              <w:lang w:val="en-GB"/>
            </w:rPr>
            <w:t>Click here to enter text.</w:t>
          </w:r>
        </w:sdtContent>
      </w:sdt>
    </w:p>
    <w:p w14:paraId="7753C7E7" w14:textId="5AAD847E" w:rsidR="00182C40" w:rsidRDefault="63D2E6AC" w:rsidP="00613C6A">
      <w:pPr>
        <w:pStyle w:val="Loendilik"/>
        <w:numPr>
          <w:ilvl w:val="1"/>
          <w:numId w:val="30"/>
        </w:numPr>
        <w:tabs>
          <w:tab w:val="left" w:pos="6804"/>
        </w:tabs>
        <w:spacing w:before="0" w:after="0" w:line="276" w:lineRule="auto"/>
        <w:ind w:left="426" w:hanging="426"/>
        <w:rPr>
          <w:rStyle w:val="Laad1"/>
          <w:lang w:val="en-GB"/>
        </w:rPr>
      </w:pPr>
      <w:r w:rsidRPr="006E1FE6">
        <w:rPr>
          <w:lang w:val="en-GB"/>
        </w:rPr>
        <w:t>What was your r</w:t>
      </w:r>
      <w:r w:rsidR="00807A7D" w:rsidRPr="006E1FE6">
        <w:rPr>
          <w:lang w:val="en-GB"/>
        </w:rPr>
        <w:t xml:space="preserve">elationship </w:t>
      </w:r>
      <w:r w:rsidR="0895232C" w:rsidRPr="006E1FE6">
        <w:rPr>
          <w:lang w:val="en-GB"/>
        </w:rPr>
        <w:t xml:space="preserve">with </w:t>
      </w:r>
      <w:r w:rsidR="00807A7D" w:rsidRPr="006E1FE6">
        <w:rPr>
          <w:lang w:val="en-GB"/>
        </w:rPr>
        <w:t xml:space="preserve">the other person </w:t>
      </w:r>
      <w:r w:rsidR="235E4510" w:rsidRPr="006E1FE6">
        <w:rPr>
          <w:lang w:val="en-GB"/>
        </w:rPr>
        <w:t>before the incident,</w:t>
      </w:r>
      <w:r w:rsidR="00807A7D" w:rsidRPr="006E1FE6">
        <w:rPr>
          <w:lang w:val="en-GB"/>
        </w:rPr>
        <w:t xml:space="preserve"> if any</w:t>
      </w:r>
      <w:r w:rsidR="34247B9E" w:rsidRPr="006E1FE6">
        <w:rPr>
          <w:lang w:val="en-GB"/>
        </w:rPr>
        <w:t>?</w:t>
      </w:r>
      <w:r w:rsidR="00807A7D"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627784009"/>
          <w:placeholder>
            <w:docPart w:val="F0E9CBBF810D4244B446D14FED4D424F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color w:val="4F81BD" w:themeColor="accent1"/>
              <w:lang w:val="en-GB"/>
            </w:rPr>
            <w:t>Click here to enter text.</w:t>
          </w:r>
        </w:sdtContent>
      </w:sdt>
    </w:p>
    <w:p w14:paraId="51094EB0" w14:textId="445C4E0C" w:rsidR="00CF09C7" w:rsidRDefault="00CF09C7" w:rsidP="00CF09C7">
      <w:pPr>
        <w:pStyle w:val="Loendilik"/>
        <w:numPr>
          <w:ilvl w:val="1"/>
          <w:numId w:val="30"/>
        </w:numPr>
        <w:tabs>
          <w:tab w:val="left" w:pos="6804"/>
        </w:tabs>
        <w:spacing w:before="0" w:after="0" w:line="276" w:lineRule="auto"/>
        <w:ind w:left="426" w:hanging="426"/>
        <w:rPr>
          <w:i/>
          <w:iCs/>
          <w:lang w:val="et-EE"/>
        </w:rPr>
      </w:pPr>
      <w:r w:rsidRPr="00CF09C7">
        <w:rPr>
          <w:lang w:val="en-GB"/>
        </w:rPr>
        <w:t>Have you sought support or advice from any University support service in relation to this situation?</w:t>
      </w:r>
      <w:r>
        <w:rPr>
          <w:lang w:val="en-GB"/>
        </w:rPr>
        <w:t xml:space="preserve"> </w:t>
      </w:r>
      <w:r w:rsidRPr="00CF09C7">
        <w:rPr>
          <w:i/>
          <w:iCs/>
          <w:lang w:val="et-EE"/>
        </w:rPr>
        <w:t>(</w:t>
      </w:r>
      <w:proofErr w:type="spellStart"/>
      <w:r w:rsidRPr="00CF09C7">
        <w:rPr>
          <w:i/>
          <w:iCs/>
          <w:lang w:val="et-EE"/>
        </w:rPr>
        <w:t>e.g</w:t>
      </w:r>
      <w:proofErr w:type="spellEnd"/>
      <w:r w:rsidRPr="00CF09C7">
        <w:rPr>
          <w:i/>
          <w:iCs/>
          <w:lang w:val="et-EE"/>
        </w:rPr>
        <w:t xml:space="preserve">. </w:t>
      </w:r>
      <w:proofErr w:type="spellStart"/>
      <w:r w:rsidRPr="00CF09C7">
        <w:rPr>
          <w:i/>
          <w:iCs/>
          <w:lang w:val="et-EE"/>
        </w:rPr>
        <w:t>an</w:t>
      </w:r>
      <w:proofErr w:type="spellEnd"/>
      <w:r w:rsidRPr="00CF09C7">
        <w:rPr>
          <w:i/>
          <w:iCs/>
          <w:lang w:val="et-EE"/>
        </w:rPr>
        <w:t xml:space="preserve"> </w:t>
      </w:r>
      <w:hyperlink r:id="rId8" w:history="1">
        <w:proofErr w:type="spellStart"/>
        <w:r w:rsidRPr="00640D55">
          <w:rPr>
            <w:rStyle w:val="Hperlink"/>
            <w:i/>
            <w:iCs/>
            <w:lang w:val="et-EE"/>
          </w:rPr>
          <w:t>Equal</w:t>
        </w:r>
        <w:proofErr w:type="spellEnd"/>
        <w:r w:rsidRPr="00640D55">
          <w:rPr>
            <w:rStyle w:val="Hperlink"/>
            <w:i/>
            <w:iCs/>
            <w:lang w:val="et-EE"/>
          </w:rPr>
          <w:t xml:space="preserve"> </w:t>
        </w:r>
        <w:proofErr w:type="spellStart"/>
        <w:r w:rsidRPr="00640D55">
          <w:rPr>
            <w:rStyle w:val="Hperlink"/>
            <w:i/>
            <w:iCs/>
            <w:lang w:val="et-EE"/>
          </w:rPr>
          <w:t>Treatment</w:t>
        </w:r>
        <w:proofErr w:type="spellEnd"/>
        <w:r w:rsidRPr="00640D55">
          <w:rPr>
            <w:rStyle w:val="Hperlink"/>
            <w:i/>
            <w:iCs/>
            <w:lang w:val="et-EE"/>
          </w:rPr>
          <w:t xml:space="preserve"> </w:t>
        </w:r>
        <w:proofErr w:type="spellStart"/>
        <w:r w:rsidRPr="00640D55">
          <w:rPr>
            <w:rStyle w:val="Hperlink"/>
            <w:i/>
            <w:iCs/>
            <w:lang w:val="et-EE"/>
          </w:rPr>
          <w:t>Support</w:t>
        </w:r>
        <w:proofErr w:type="spellEnd"/>
        <w:r w:rsidRPr="00640D55">
          <w:rPr>
            <w:rStyle w:val="Hperlink"/>
            <w:i/>
            <w:iCs/>
            <w:lang w:val="et-EE"/>
          </w:rPr>
          <w:t xml:space="preserve"> </w:t>
        </w:r>
        <w:proofErr w:type="spellStart"/>
        <w:r w:rsidRPr="00640D55">
          <w:rPr>
            <w:rStyle w:val="Hperlink"/>
            <w:i/>
            <w:iCs/>
            <w:lang w:val="et-EE"/>
          </w:rPr>
          <w:t>Person</w:t>
        </w:r>
        <w:proofErr w:type="spellEnd"/>
      </w:hyperlink>
      <w:r w:rsidRPr="00CF09C7">
        <w:rPr>
          <w:i/>
          <w:iCs/>
          <w:lang w:val="et-EE"/>
        </w:rPr>
        <w:t xml:space="preserve">, a </w:t>
      </w:r>
      <w:hyperlink r:id="rId9" w:history="1">
        <w:r w:rsidRPr="00931908">
          <w:rPr>
            <w:rStyle w:val="Hperlink"/>
            <w:i/>
            <w:iCs/>
            <w:lang w:val="et-EE"/>
          </w:rPr>
          <w:t xml:space="preserve">Research </w:t>
        </w:r>
        <w:proofErr w:type="spellStart"/>
        <w:r w:rsidR="00931908" w:rsidRPr="00931908">
          <w:rPr>
            <w:rStyle w:val="Hperlink"/>
            <w:i/>
            <w:iCs/>
            <w:lang w:val="et-EE"/>
          </w:rPr>
          <w:t>Integrity</w:t>
        </w:r>
        <w:proofErr w:type="spellEnd"/>
        <w:r w:rsidR="00931908" w:rsidRPr="00931908">
          <w:rPr>
            <w:rStyle w:val="Hperlink"/>
            <w:i/>
            <w:iCs/>
            <w:lang w:val="et-EE"/>
          </w:rPr>
          <w:t xml:space="preserve"> </w:t>
        </w:r>
        <w:proofErr w:type="spellStart"/>
        <w:r w:rsidR="00931908" w:rsidRPr="00931908">
          <w:rPr>
            <w:rStyle w:val="Hperlink"/>
            <w:i/>
            <w:iCs/>
            <w:lang w:val="et-EE"/>
          </w:rPr>
          <w:t>Counsellor</w:t>
        </w:r>
        <w:proofErr w:type="spellEnd"/>
        <w:r w:rsidRPr="00931908">
          <w:rPr>
            <w:rStyle w:val="Hperlink"/>
            <w:i/>
            <w:iCs/>
            <w:lang w:val="et-EE"/>
          </w:rPr>
          <w:t>,</w:t>
        </w:r>
      </w:hyperlink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the</w:t>
      </w:r>
      <w:proofErr w:type="spellEnd"/>
      <w:r w:rsidRPr="00CF09C7">
        <w:rPr>
          <w:i/>
          <w:iCs/>
          <w:lang w:val="et-EE"/>
        </w:rPr>
        <w:t xml:space="preserve"> University </w:t>
      </w:r>
      <w:proofErr w:type="spellStart"/>
      <w:r w:rsidRPr="00CF09C7">
        <w:rPr>
          <w:i/>
          <w:iCs/>
          <w:lang w:val="et-EE"/>
        </w:rPr>
        <w:t>staff</w:t>
      </w:r>
      <w:proofErr w:type="spellEnd"/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counsellor-psychologist</w:t>
      </w:r>
      <w:proofErr w:type="spellEnd"/>
      <w:r w:rsidRPr="00CF09C7">
        <w:rPr>
          <w:i/>
          <w:iCs/>
          <w:lang w:val="et-EE"/>
        </w:rPr>
        <w:t xml:space="preserve">, a </w:t>
      </w:r>
      <w:proofErr w:type="spellStart"/>
      <w:r w:rsidRPr="00CF09C7">
        <w:rPr>
          <w:i/>
          <w:iCs/>
          <w:lang w:val="et-EE"/>
        </w:rPr>
        <w:t>specialist</w:t>
      </w:r>
      <w:proofErr w:type="spellEnd"/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from</w:t>
      </w:r>
      <w:proofErr w:type="spellEnd"/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the</w:t>
      </w:r>
      <w:proofErr w:type="spellEnd"/>
      <w:r w:rsidRPr="00CF09C7">
        <w:rPr>
          <w:i/>
          <w:iCs/>
          <w:lang w:val="et-EE"/>
        </w:rPr>
        <w:t xml:space="preserve"> </w:t>
      </w:r>
      <w:hyperlink r:id="rId10" w:history="1">
        <w:proofErr w:type="spellStart"/>
        <w:r w:rsidRPr="00344FE4">
          <w:rPr>
            <w:rStyle w:val="Hperlink"/>
            <w:i/>
            <w:iCs/>
            <w:lang w:val="et-EE"/>
          </w:rPr>
          <w:t>Counselling</w:t>
        </w:r>
        <w:proofErr w:type="spellEnd"/>
        <w:r w:rsidRPr="00344FE4">
          <w:rPr>
            <w:rStyle w:val="Hperlink"/>
            <w:i/>
            <w:iCs/>
            <w:lang w:val="et-EE"/>
          </w:rPr>
          <w:t xml:space="preserve"> </w:t>
        </w:r>
        <w:proofErr w:type="spellStart"/>
        <w:r w:rsidRPr="00344FE4">
          <w:rPr>
            <w:rStyle w:val="Hperlink"/>
            <w:i/>
            <w:iCs/>
            <w:lang w:val="et-EE"/>
          </w:rPr>
          <w:t>Centre</w:t>
        </w:r>
        <w:proofErr w:type="spellEnd"/>
      </w:hyperlink>
      <w:r w:rsidRPr="00CF09C7">
        <w:rPr>
          <w:i/>
          <w:iCs/>
          <w:lang w:val="et-EE"/>
        </w:rPr>
        <w:t xml:space="preserve">, </w:t>
      </w:r>
      <w:proofErr w:type="spellStart"/>
      <w:r w:rsidRPr="00CF09C7">
        <w:rPr>
          <w:i/>
          <w:iCs/>
          <w:lang w:val="et-EE"/>
        </w:rPr>
        <w:t>the</w:t>
      </w:r>
      <w:proofErr w:type="spellEnd"/>
      <w:r w:rsidRPr="00CF09C7">
        <w:rPr>
          <w:i/>
          <w:iCs/>
          <w:lang w:val="et-EE"/>
        </w:rPr>
        <w:t xml:space="preserve"> Office of </w:t>
      </w:r>
      <w:proofErr w:type="spellStart"/>
      <w:r w:rsidRPr="00CF09C7">
        <w:rPr>
          <w:i/>
          <w:iCs/>
          <w:lang w:val="et-EE"/>
        </w:rPr>
        <w:t>Academic</w:t>
      </w:r>
      <w:proofErr w:type="spellEnd"/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Affairs</w:t>
      </w:r>
      <w:proofErr w:type="spellEnd"/>
      <w:r w:rsidRPr="00CF09C7">
        <w:rPr>
          <w:i/>
          <w:iCs/>
          <w:lang w:val="et-EE"/>
        </w:rPr>
        <w:t xml:space="preserve">, </w:t>
      </w:r>
      <w:proofErr w:type="spellStart"/>
      <w:r w:rsidRPr="00CF09C7">
        <w:rPr>
          <w:i/>
          <w:iCs/>
          <w:lang w:val="et-EE"/>
        </w:rPr>
        <w:t>or</w:t>
      </w:r>
      <w:proofErr w:type="spellEnd"/>
      <w:r w:rsidRPr="00CF09C7">
        <w:rPr>
          <w:i/>
          <w:iCs/>
          <w:lang w:val="et-EE"/>
        </w:rPr>
        <w:t xml:space="preserve"> </w:t>
      </w:r>
      <w:proofErr w:type="spellStart"/>
      <w:r w:rsidRPr="00CF09C7">
        <w:rPr>
          <w:i/>
          <w:iCs/>
          <w:lang w:val="et-EE"/>
        </w:rPr>
        <w:t>another</w:t>
      </w:r>
      <w:proofErr w:type="spellEnd"/>
      <w:r w:rsidRPr="00CF09C7">
        <w:rPr>
          <w:i/>
          <w:iCs/>
          <w:lang w:val="et-EE"/>
        </w:rPr>
        <w:t xml:space="preserve"> relevant University </w:t>
      </w:r>
      <w:proofErr w:type="spellStart"/>
      <w:r w:rsidRPr="00CF09C7">
        <w:rPr>
          <w:i/>
          <w:iCs/>
          <w:lang w:val="et-EE"/>
        </w:rPr>
        <w:t>support</w:t>
      </w:r>
      <w:proofErr w:type="spellEnd"/>
      <w:r w:rsidRPr="00CF09C7">
        <w:rPr>
          <w:i/>
          <w:iCs/>
          <w:lang w:val="et-EE"/>
        </w:rPr>
        <w:t xml:space="preserve"> service)</w:t>
      </w:r>
    </w:p>
    <w:p w14:paraId="3CBEE9C7" w14:textId="5904F3CF" w:rsidR="00CF09C7" w:rsidRPr="00363CC8" w:rsidRDefault="006F1648" w:rsidP="00CF09C7">
      <w:pPr>
        <w:pStyle w:val="Loendilik"/>
        <w:tabs>
          <w:tab w:val="left" w:pos="6804"/>
        </w:tabs>
        <w:spacing w:before="0" w:after="0" w:line="276" w:lineRule="auto"/>
        <w:ind w:left="426"/>
        <w:rPr>
          <w:b/>
          <w:bCs/>
          <w:i/>
          <w:iCs/>
          <w:lang w:val="et-EE"/>
        </w:rPr>
      </w:pPr>
      <w:sdt>
        <w:sdtPr>
          <w:rPr>
            <w:rFonts w:ascii="MS Gothic" w:eastAsia="MS Gothic" w:hAnsi="MS Gothic"/>
            <w:b/>
            <w:bCs/>
            <w:lang w:val="en-GB"/>
          </w:rPr>
          <w:id w:val="104238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9C7" w:rsidRPr="00363CC8">
            <w:rPr>
              <w:rFonts w:ascii="MS Gothic" w:eastAsia="MS Gothic" w:hAnsi="MS Gothic"/>
              <w:b/>
              <w:bCs/>
              <w:lang w:val="en-GB"/>
            </w:rPr>
            <w:t>☐</w:t>
          </w:r>
        </w:sdtContent>
      </w:sdt>
      <w:r w:rsidR="00CF09C7" w:rsidRPr="00363CC8">
        <w:rPr>
          <w:b/>
          <w:bCs/>
          <w:lang w:val="en-GB"/>
        </w:rPr>
        <w:t xml:space="preserve">Yes         </w:t>
      </w:r>
      <w:sdt>
        <w:sdtPr>
          <w:rPr>
            <w:rFonts w:ascii="Segoe UI Symbol" w:eastAsia="MS Gothic" w:hAnsi="Segoe UI Symbol" w:cs="Segoe UI Symbol"/>
            <w:b/>
            <w:bCs/>
            <w:lang w:val="en-GB"/>
          </w:rPr>
          <w:id w:val="8736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9C7" w:rsidRPr="00363CC8">
            <w:rPr>
              <w:rFonts w:ascii="Segoe UI Symbol" w:eastAsia="MS Gothic" w:hAnsi="Segoe UI Symbol" w:cs="Segoe UI Symbol"/>
              <w:b/>
              <w:bCs/>
              <w:lang w:val="en-GB"/>
            </w:rPr>
            <w:t>☐</w:t>
          </w:r>
        </w:sdtContent>
      </w:sdt>
      <w:r w:rsidR="00CF09C7" w:rsidRPr="00363CC8">
        <w:rPr>
          <w:b/>
          <w:bCs/>
          <w:lang w:val="en-GB"/>
        </w:rPr>
        <w:t>No</w:t>
      </w:r>
    </w:p>
    <w:p w14:paraId="213892D0" w14:textId="4D9885F3" w:rsidR="005818E7" w:rsidRPr="00C42C22" w:rsidRDefault="00C42C22" w:rsidP="005818E7">
      <w:pPr>
        <w:pStyle w:val="Loendilik"/>
        <w:numPr>
          <w:ilvl w:val="1"/>
          <w:numId w:val="30"/>
        </w:numPr>
        <w:tabs>
          <w:tab w:val="left" w:pos="6804"/>
        </w:tabs>
        <w:spacing w:before="0" w:after="0" w:line="276" w:lineRule="auto"/>
        <w:ind w:hanging="426"/>
        <w:rPr>
          <w:rStyle w:val="Laad1"/>
          <w:lang w:val="en-GB"/>
        </w:rPr>
      </w:pPr>
      <w:r w:rsidRPr="00C42C22">
        <w:rPr>
          <w:lang w:val="en-GB"/>
        </w:rPr>
        <w:t>If yes, please specify:</w:t>
      </w:r>
      <w:r w:rsidR="00363CC8">
        <w:rPr>
          <w:lang w:val="en-GB"/>
        </w:rPr>
        <w:t xml:space="preserve">  </w:t>
      </w:r>
      <w:sdt>
        <w:sdtPr>
          <w:rPr>
            <w:rStyle w:val="Laad1"/>
            <w:lang w:val="en-GB"/>
          </w:rPr>
          <w:tag w:val="Click or tap here to enter text."/>
          <w:id w:val="-1061713882"/>
          <w:placeholder>
            <w:docPart w:val="4E286EA58512467EB5423C7FD11008FE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Pr="00C42C22">
            <w:rPr>
              <w:i/>
              <w:color w:val="4F81BD" w:themeColor="accent1"/>
              <w:lang w:val="en-GB"/>
            </w:rPr>
            <w:t>Click here to enter text.</w:t>
          </w:r>
        </w:sdtContent>
      </w:sdt>
    </w:p>
    <w:p w14:paraId="62E2E876" w14:textId="77777777" w:rsidR="00C42C22" w:rsidRPr="006E1FE6" w:rsidRDefault="00C42C22" w:rsidP="005818E7">
      <w:pPr>
        <w:pStyle w:val="Loendilik"/>
        <w:tabs>
          <w:tab w:val="left" w:pos="6804"/>
        </w:tabs>
        <w:spacing w:before="0" w:after="0" w:line="276" w:lineRule="auto"/>
        <w:ind w:left="360"/>
        <w:rPr>
          <w:i/>
          <w:color w:val="0070C0"/>
          <w:lang w:val="en-GB"/>
        </w:rPr>
      </w:pPr>
    </w:p>
    <w:p w14:paraId="449DB86E" w14:textId="72E147B2" w:rsidR="00DC1493" w:rsidRPr="006E1FE6" w:rsidRDefault="00DC1493" w:rsidP="00D0647D">
      <w:pPr>
        <w:pStyle w:val="Pealkiri2"/>
        <w:numPr>
          <w:ilvl w:val="0"/>
          <w:numId w:val="12"/>
        </w:numPr>
        <w:spacing w:before="0" w:line="276" w:lineRule="auto"/>
        <w:rPr>
          <w:sz w:val="24"/>
          <w:szCs w:val="24"/>
          <w:lang w:val="en-GB"/>
        </w:rPr>
      </w:pPr>
      <w:r w:rsidRPr="006E1FE6">
        <w:rPr>
          <w:sz w:val="24"/>
          <w:szCs w:val="24"/>
          <w:lang w:val="en-GB"/>
        </w:rPr>
        <w:t xml:space="preserve">Information about the other person </w:t>
      </w:r>
    </w:p>
    <w:p w14:paraId="3AB1578E" w14:textId="312EC92F" w:rsidR="00DC1493" w:rsidRPr="006E1FE6" w:rsidRDefault="4629B6E3" w:rsidP="00D0647D">
      <w:pPr>
        <w:spacing w:before="0" w:line="276" w:lineRule="auto"/>
        <w:rPr>
          <w:i/>
          <w:lang w:val="en-GB"/>
        </w:rPr>
      </w:pPr>
      <w:r w:rsidRPr="006E1FE6">
        <w:rPr>
          <w:i/>
          <w:iCs/>
          <w:lang w:val="en-GB"/>
        </w:rPr>
        <w:t>Please provide o</w:t>
      </w:r>
      <w:r w:rsidR="00DC1493" w:rsidRPr="006E1FE6">
        <w:rPr>
          <w:i/>
          <w:lang w:val="en-GB"/>
        </w:rPr>
        <w:t xml:space="preserve">nly </w:t>
      </w:r>
      <w:proofErr w:type="gramStart"/>
      <w:r w:rsidR="00DC1493" w:rsidRPr="006E1FE6">
        <w:rPr>
          <w:i/>
          <w:lang w:val="en-GB"/>
        </w:rPr>
        <w:t>factual information</w:t>
      </w:r>
      <w:proofErr w:type="gramEnd"/>
      <w:r w:rsidR="1FA41F68" w:rsidRPr="006E1FE6">
        <w:rPr>
          <w:i/>
          <w:iCs/>
          <w:lang w:val="en-GB"/>
        </w:rPr>
        <w:t>.</w:t>
      </w:r>
      <w:r w:rsidR="00DC1493" w:rsidRPr="006E1FE6">
        <w:rPr>
          <w:i/>
          <w:lang w:val="en-GB"/>
        </w:rPr>
        <w:t xml:space="preserve"> </w:t>
      </w:r>
      <w:r w:rsidR="68D3BF4D" w:rsidRPr="006E1FE6">
        <w:rPr>
          <w:i/>
          <w:iCs/>
          <w:lang w:val="en-GB"/>
        </w:rPr>
        <w:t>Please indicate</w:t>
      </w:r>
      <w:r w:rsidR="43845C01" w:rsidRPr="006E1FE6">
        <w:rPr>
          <w:i/>
          <w:iCs/>
          <w:lang w:val="en-GB"/>
        </w:rPr>
        <w:t xml:space="preserve"> you do not have the information or do not want to </w:t>
      </w:r>
      <w:r w:rsidR="61EF7D8B" w:rsidRPr="006E1FE6">
        <w:rPr>
          <w:i/>
          <w:iCs/>
          <w:lang w:val="en-GB"/>
        </w:rPr>
        <w:t>disclose it.</w:t>
      </w:r>
    </w:p>
    <w:p w14:paraId="4B8550E8" w14:textId="43F3DA50" w:rsidR="005F5759" w:rsidRPr="006E1FE6" w:rsidRDefault="1EA97D71" w:rsidP="00613C6A">
      <w:pPr>
        <w:pStyle w:val="Loendilik"/>
        <w:numPr>
          <w:ilvl w:val="1"/>
          <w:numId w:val="23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Do you know</w:t>
      </w:r>
      <w:r w:rsidR="2F563145" w:rsidRPr="006E1FE6">
        <w:rPr>
          <w:lang w:val="en-GB"/>
        </w:rPr>
        <w:t xml:space="preserve"> the person(s) involved</w:t>
      </w:r>
      <w:r w:rsidR="00DC1493" w:rsidRPr="006E1FE6">
        <w:rPr>
          <w:lang w:val="en-GB"/>
        </w:rPr>
        <w:t>:</w:t>
      </w:r>
      <w:r w:rsidR="005818E7" w:rsidRPr="006E1FE6">
        <w:rPr>
          <w:lang w:val="en-GB"/>
        </w:rPr>
        <w:tab/>
      </w:r>
      <w:r w:rsidR="005818E7" w:rsidRPr="006E1FE6">
        <w:rPr>
          <w:lang w:val="en-GB"/>
        </w:rPr>
        <w:tab/>
      </w:r>
      <w:r w:rsidR="00DC1493" w:rsidRPr="00363CC8">
        <w:rPr>
          <w:b/>
          <w:bCs/>
          <w:lang w:val="en-GB"/>
        </w:rPr>
        <w:t xml:space="preserve"> </w:t>
      </w:r>
      <w:sdt>
        <w:sdtPr>
          <w:rPr>
            <w:rFonts w:ascii="MS Gothic" w:eastAsia="MS Gothic" w:hAnsi="MS Gothic"/>
            <w:b/>
            <w:bCs/>
            <w:lang w:val="en-GB"/>
          </w:rPr>
          <w:id w:val="2022498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E37" w:rsidRPr="00363CC8">
            <w:rPr>
              <w:rFonts w:ascii="MS Gothic" w:eastAsia="MS Gothic" w:hAnsi="MS Gothic"/>
              <w:b/>
              <w:bCs/>
              <w:lang w:val="en-GB"/>
            </w:rPr>
            <w:t>☐</w:t>
          </w:r>
        </w:sdtContent>
      </w:sdt>
      <w:r w:rsidR="00DC1493" w:rsidRPr="00363CC8">
        <w:rPr>
          <w:b/>
          <w:bCs/>
          <w:lang w:val="en-GB"/>
        </w:rPr>
        <w:t xml:space="preserve">Yes </w:t>
      </w:r>
      <w:sdt>
        <w:sdtPr>
          <w:rPr>
            <w:rFonts w:ascii="Segoe UI Symbol" w:eastAsia="MS Gothic" w:hAnsi="Segoe UI Symbol" w:cs="Segoe UI Symbol"/>
            <w:b/>
            <w:bCs/>
            <w:lang w:val="en-GB"/>
          </w:rPr>
          <w:id w:val="-47268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493" w:rsidRPr="00363CC8">
            <w:rPr>
              <w:rFonts w:ascii="Segoe UI Symbol" w:eastAsia="MS Gothic" w:hAnsi="Segoe UI Symbol" w:cs="Segoe UI Symbol"/>
              <w:b/>
              <w:bCs/>
              <w:lang w:val="en-GB"/>
            </w:rPr>
            <w:t>☐</w:t>
          </w:r>
        </w:sdtContent>
      </w:sdt>
      <w:r w:rsidR="00DC1493" w:rsidRPr="00363CC8">
        <w:rPr>
          <w:b/>
          <w:bCs/>
          <w:lang w:val="en-GB"/>
        </w:rPr>
        <w:t>No</w:t>
      </w:r>
    </w:p>
    <w:p w14:paraId="120A02CD" w14:textId="1010FFC6" w:rsidR="005F5759" w:rsidRPr="006E1FE6" w:rsidRDefault="005F5759" w:rsidP="00613C6A">
      <w:pPr>
        <w:spacing w:before="0" w:after="0" w:line="276" w:lineRule="auto"/>
        <w:ind w:left="3306" w:firstLine="294"/>
        <w:rPr>
          <w:szCs w:val="24"/>
          <w:lang w:val="en-GB"/>
        </w:rPr>
      </w:pPr>
      <w:r w:rsidRPr="006E1FE6">
        <w:rPr>
          <w:i/>
          <w:iCs/>
          <w:szCs w:val="24"/>
          <w:lang w:val="en-GB"/>
        </w:rPr>
        <w:t>If yes:</w:t>
      </w:r>
      <w:r w:rsidRPr="006E1FE6">
        <w:rPr>
          <w:szCs w:val="24"/>
          <w:lang w:val="en-GB"/>
        </w:rPr>
        <w:t xml:space="preserve"> </w:t>
      </w:r>
      <w:sdt>
        <w:sdtPr>
          <w:rPr>
            <w:rStyle w:val="Laad1"/>
            <w:lang w:val="en-GB"/>
          </w:rPr>
          <w:tag w:val="Click or tap here to enter text."/>
          <w:id w:val="-35583046"/>
          <w:placeholder>
            <w:docPart w:val="C060FBFA89F8469DBCCDE08A9F3FD9DB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363CC8">
            <w:rPr>
              <w:i/>
              <w:iCs/>
              <w:color w:val="4F81BD" w:themeColor="accent1"/>
              <w:szCs w:val="24"/>
              <w:lang w:val="en-GB"/>
            </w:rPr>
            <w:t>Click</w:t>
          </w:r>
          <w:r w:rsidR="00CD05F3" w:rsidRPr="00363CC8">
            <w:rPr>
              <w:i/>
              <w:iCs/>
              <w:color w:val="4F81BD" w:themeColor="accent1"/>
              <w:szCs w:val="24"/>
              <w:lang w:val="en-GB"/>
            </w:rPr>
            <w:t xml:space="preserve"> </w:t>
          </w:r>
          <w:r w:rsidR="004E7741" w:rsidRPr="00363CC8">
            <w:rPr>
              <w:i/>
              <w:iCs/>
              <w:color w:val="4F81BD" w:themeColor="accent1"/>
              <w:szCs w:val="24"/>
              <w:lang w:val="en-GB"/>
            </w:rPr>
            <w:t>here to enter text.</w:t>
          </w:r>
        </w:sdtContent>
      </w:sdt>
    </w:p>
    <w:p w14:paraId="60095BC4" w14:textId="2AE90DA3" w:rsidR="00735E37" w:rsidRPr="006E1FE6" w:rsidRDefault="2B8122B7" w:rsidP="00613C6A">
      <w:pPr>
        <w:pStyle w:val="Loendilik"/>
        <w:numPr>
          <w:ilvl w:val="1"/>
          <w:numId w:val="23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R</w:t>
      </w:r>
      <w:r w:rsidR="00B82583" w:rsidRPr="006E1FE6">
        <w:rPr>
          <w:lang w:val="en-GB"/>
        </w:rPr>
        <w:t xml:space="preserve">elationship </w:t>
      </w:r>
      <w:r w:rsidR="0D4FF397" w:rsidRPr="006E1FE6">
        <w:rPr>
          <w:lang w:val="en-GB"/>
        </w:rPr>
        <w:t>of the person(s)</w:t>
      </w:r>
      <w:r w:rsidR="00B82583" w:rsidRPr="006E1FE6">
        <w:rPr>
          <w:lang w:val="en-GB"/>
        </w:rPr>
        <w:t xml:space="preserve"> to the university </w:t>
      </w:r>
      <w:r w:rsidR="00DC1493" w:rsidRPr="006E1FE6">
        <w:rPr>
          <w:lang w:val="en-GB"/>
        </w:rPr>
        <w:t>(student / staff / external / unknown):</w:t>
      </w:r>
    </w:p>
    <w:p w14:paraId="745A0253" w14:textId="7A48E02E" w:rsidR="00DC1493" w:rsidRPr="006E1FE6" w:rsidRDefault="006F1648" w:rsidP="00613C6A">
      <w:pPr>
        <w:spacing w:before="0" w:after="0" w:line="276" w:lineRule="auto"/>
        <w:ind w:left="426" w:hanging="426"/>
        <w:rPr>
          <w:szCs w:val="24"/>
          <w:lang w:val="en-GB"/>
        </w:rPr>
      </w:pPr>
      <w:sdt>
        <w:sdtPr>
          <w:rPr>
            <w:rStyle w:val="Laad1"/>
            <w:lang w:val="en-GB"/>
          </w:rPr>
          <w:tag w:val="Click or tap here to enter text."/>
          <w:id w:val="515809883"/>
          <w:placeholder>
            <w:docPart w:val="4D257E2768B040868AA91252C64E6105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Click</w:t>
          </w:r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 xml:space="preserve"> </w:t>
          </w:r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here to enter text.</w:t>
          </w:r>
        </w:sdtContent>
      </w:sdt>
    </w:p>
    <w:p w14:paraId="28F4D387" w14:textId="10199106" w:rsidR="00735E37" w:rsidRPr="006E1FE6" w:rsidRDefault="3A834C8E" w:rsidP="00613C6A">
      <w:pPr>
        <w:pStyle w:val="Loendilik"/>
        <w:numPr>
          <w:ilvl w:val="1"/>
          <w:numId w:val="23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 xml:space="preserve">Role of the person </w:t>
      </w:r>
      <w:r w:rsidR="1A4C041E" w:rsidRPr="006E1FE6">
        <w:rPr>
          <w:lang w:val="en-GB"/>
        </w:rPr>
        <w:t xml:space="preserve">in </w:t>
      </w:r>
      <w:r w:rsidRPr="006E1FE6">
        <w:rPr>
          <w:lang w:val="en-GB"/>
        </w:rPr>
        <w:t>the incident</w:t>
      </w:r>
      <w:r w:rsidR="00DC1493" w:rsidRPr="006E1FE6">
        <w:rPr>
          <w:lang w:val="en-GB"/>
        </w:rPr>
        <w:t>:</w:t>
      </w:r>
    </w:p>
    <w:p w14:paraId="131C2B2F" w14:textId="562DE9E4" w:rsidR="00DC1493" w:rsidRPr="006E1FE6" w:rsidRDefault="00735E37" w:rsidP="00613C6A">
      <w:pPr>
        <w:spacing w:before="0" w:after="0" w:line="276" w:lineRule="auto"/>
        <w:ind w:left="426" w:hanging="426"/>
        <w:rPr>
          <w:szCs w:val="24"/>
          <w:lang w:val="en-GB"/>
        </w:rPr>
      </w:pPr>
      <w:r w:rsidRPr="006E1FE6">
        <w:rPr>
          <w:color w:val="4F81BD" w:themeColor="accent1"/>
          <w:szCs w:val="24"/>
          <w:lang w:val="en-GB"/>
        </w:rPr>
        <w:lastRenderedPageBreak/>
        <w:t xml:space="preserve"> </w:t>
      </w:r>
      <w:sdt>
        <w:sdtPr>
          <w:rPr>
            <w:rStyle w:val="Laad1"/>
            <w:lang w:val="en-GB"/>
          </w:rPr>
          <w:tag w:val="Click or tap here to enter text."/>
          <w:id w:val="-636262798"/>
          <w:placeholder>
            <w:docPart w:val="6752AC9EC6204B1FB00C4C98C3BB5126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Click</w:t>
          </w:r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 xml:space="preserve"> </w:t>
          </w:r>
          <w:r w:rsidR="004E7741" w:rsidRPr="006E1FE6">
            <w:rPr>
              <w:i/>
              <w:iCs/>
              <w:color w:val="4F81BD" w:themeColor="accent1"/>
              <w:szCs w:val="24"/>
              <w:lang w:val="en-GB"/>
            </w:rPr>
            <w:t>here to enter text.</w:t>
          </w:r>
        </w:sdtContent>
      </w:sdt>
      <w:r w:rsidR="00DC1493" w:rsidRPr="006E1FE6">
        <w:rPr>
          <w:szCs w:val="24"/>
          <w:lang w:val="en-GB"/>
        </w:rPr>
        <w:br/>
      </w:r>
    </w:p>
    <w:p w14:paraId="2C007B95" w14:textId="7685693F" w:rsidR="001507DF" w:rsidRPr="006E1FE6" w:rsidRDefault="001507DF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sz w:val="24"/>
          <w:szCs w:val="24"/>
          <w:lang w:val="en-GB"/>
        </w:rPr>
      </w:pPr>
      <w:r w:rsidRPr="006E1FE6">
        <w:rPr>
          <w:rStyle w:val="Pealkiri2Mrk"/>
          <w:b/>
          <w:bCs/>
          <w:sz w:val="24"/>
          <w:szCs w:val="24"/>
          <w:lang w:val="en-GB"/>
        </w:rPr>
        <w:t>DESCRIPTION OF THE BEHAVIOUR REPORTED</w:t>
      </w:r>
    </w:p>
    <w:p w14:paraId="6EB6C65D" w14:textId="0AA493A9" w:rsidR="004405B3" w:rsidRPr="006E1FE6" w:rsidRDefault="6D158CEF" w:rsidP="00E51768">
      <w:pPr>
        <w:spacing w:before="0" w:after="0" w:line="276" w:lineRule="auto"/>
        <w:rPr>
          <w:rStyle w:val="Laad1"/>
          <w:lang w:val="en-GB"/>
        </w:rPr>
      </w:pPr>
      <w:r w:rsidRPr="006E1FE6">
        <w:rPr>
          <w:i/>
          <w:iCs/>
          <w:lang w:val="en-GB"/>
        </w:rPr>
        <w:t xml:space="preserve">Please indicate if </w:t>
      </w:r>
      <w:r w:rsidR="0069168D" w:rsidRPr="006E1FE6">
        <w:rPr>
          <w:i/>
          <w:iCs/>
          <w:lang w:val="en-GB"/>
        </w:rPr>
        <w:t xml:space="preserve">the behaviour </w:t>
      </w:r>
      <w:r w:rsidR="68175D86" w:rsidRPr="006E1FE6">
        <w:rPr>
          <w:i/>
          <w:iCs/>
          <w:lang w:val="en-GB"/>
        </w:rPr>
        <w:t xml:space="preserve">was </w:t>
      </w:r>
      <w:r w:rsidR="0069168D" w:rsidRPr="006E1FE6">
        <w:rPr>
          <w:i/>
          <w:iCs/>
          <w:lang w:val="en-GB"/>
        </w:rPr>
        <w:t xml:space="preserve">verbal, physical, or of another </w:t>
      </w:r>
      <w:r w:rsidR="236A4591" w:rsidRPr="006E1FE6">
        <w:rPr>
          <w:i/>
          <w:iCs/>
          <w:lang w:val="en-GB"/>
        </w:rPr>
        <w:t>nature.</w:t>
      </w:r>
      <w:r w:rsidR="0069168D" w:rsidRPr="006E1FE6">
        <w:rPr>
          <w:i/>
          <w:iCs/>
          <w:lang w:val="en-GB"/>
        </w:rPr>
        <w:t xml:space="preserve"> </w:t>
      </w:r>
      <w:r w:rsidRPr="006E1FE6">
        <w:rPr>
          <w:lang w:val="en-GB"/>
        </w:rPr>
        <w:br/>
      </w:r>
      <w:r w:rsidR="0069168D" w:rsidRPr="006E1FE6">
        <w:rPr>
          <w:i/>
          <w:iCs/>
          <w:lang w:val="en-GB"/>
        </w:rPr>
        <w:t>Did the situation change over time? Did it escalate?</w:t>
      </w:r>
    </w:p>
    <w:p w14:paraId="3D7A2E01" w14:textId="2703B7B2" w:rsidR="00E51768" w:rsidRPr="006E1FE6" w:rsidRDefault="00E51768" w:rsidP="5694CC0E">
      <w:pPr>
        <w:spacing w:before="0" w:after="0" w:line="276" w:lineRule="auto"/>
        <w:rPr>
          <w:i/>
          <w:iCs/>
          <w:lang w:val="en-GB"/>
        </w:rPr>
      </w:pPr>
    </w:p>
    <w:p w14:paraId="2259F48E" w14:textId="1939CAB3" w:rsidR="0069168D" w:rsidRPr="006E1FE6" w:rsidRDefault="0069168D" w:rsidP="00613C6A">
      <w:pPr>
        <w:pStyle w:val="Loendilik"/>
        <w:numPr>
          <w:ilvl w:val="1"/>
          <w:numId w:val="28"/>
        </w:numPr>
        <w:spacing w:before="0" w:after="0" w:line="276" w:lineRule="auto"/>
        <w:ind w:left="426" w:hanging="426"/>
        <w:rPr>
          <w:i/>
          <w:iCs/>
          <w:color w:val="0070C0"/>
          <w:lang w:val="en-GB"/>
        </w:rPr>
      </w:pPr>
      <w:r w:rsidRPr="006E1FE6">
        <w:rPr>
          <w:lang w:val="en-GB"/>
        </w:rPr>
        <w:t>Nature of behaviour (verbal / physical / other):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1152600370"/>
          <w:placeholder>
            <w:docPart w:val="57FF3544D1A44568A47A88FBB4F4DB4A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lang w:val="en-GB"/>
            </w:rPr>
            <w:t>Click here to enter text.</w:t>
          </w:r>
        </w:sdtContent>
      </w:sdt>
    </w:p>
    <w:p w14:paraId="7007A1E8" w14:textId="565D186B" w:rsidR="0069168D" w:rsidRPr="006E1FE6" w:rsidRDefault="3FC02D7F" w:rsidP="00613C6A">
      <w:pPr>
        <w:pStyle w:val="Loendilik"/>
        <w:numPr>
          <w:ilvl w:val="1"/>
          <w:numId w:val="28"/>
        </w:numPr>
        <w:spacing w:before="0" w:after="0" w:line="276" w:lineRule="auto"/>
        <w:ind w:left="426" w:hanging="426"/>
        <w:rPr>
          <w:lang w:val="en-GB"/>
        </w:rPr>
      </w:pPr>
      <w:r w:rsidRPr="006E1FE6">
        <w:rPr>
          <w:lang w:val="en-GB"/>
        </w:rPr>
        <w:t>Did the situation persist or escalate</w:t>
      </w:r>
      <w:r w:rsidR="4644695C" w:rsidRPr="006E1FE6">
        <w:rPr>
          <w:lang w:val="en-GB"/>
        </w:rPr>
        <w:t>?</w:t>
      </w:r>
      <w:r w:rsidR="0069168D" w:rsidRPr="006E1FE6">
        <w:rPr>
          <w:lang w:val="en-GB"/>
        </w:rPr>
        <w:t xml:space="preserve"> </w:t>
      </w:r>
      <w:sdt>
        <w:sdtPr>
          <w:rPr>
            <w:rFonts w:ascii="MS Gothic" w:eastAsia="MS Gothic" w:hAnsi="MS Gothic"/>
            <w:b/>
            <w:bCs/>
            <w:lang w:val="en-GB"/>
          </w:rPr>
          <w:id w:val="-189773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E37" w:rsidRPr="00363CC8">
            <w:rPr>
              <w:rFonts w:ascii="MS Gothic" w:eastAsia="MS Gothic" w:hAnsi="MS Gothic"/>
              <w:b/>
              <w:bCs/>
              <w:lang w:val="en-GB"/>
            </w:rPr>
            <w:t>☐</w:t>
          </w:r>
        </w:sdtContent>
      </w:sdt>
      <w:r w:rsidR="0069168D" w:rsidRPr="00363CC8">
        <w:rPr>
          <w:b/>
          <w:bCs/>
          <w:lang w:val="en-GB"/>
        </w:rPr>
        <w:t xml:space="preserve">Yes </w:t>
      </w:r>
      <w:sdt>
        <w:sdtPr>
          <w:rPr>
            <w:rFonts w:ascii="MS Gothic" w:eastAsia="MS Gothic" w:hAnsi="MS Gothic"/>
            <w:b/>
            <w:bCs/>
            <w:lang w:val="en-GB"/>
          </w:rPr>
          <w:id w:val="925689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68D" w:rsidRPr="00363CC8">
            <w:rPr>
              <w:rFonts w:ascii="MS Gothic" w:eastAsia="MS Gothic" w:hAnsi="MS Gothic"/>
              <w:b/>
              <w:bCs/>
              <w:lang w:val="en-GB"/>
            </w:rPr>
            <w:t>☐</w:t>
          </w:r>
        </w:sdtContent>
      </w:sdt>
      <w:r w:rsidR="0069168D" w:rsidRPr="00363CC8">
        <w:rPr>
          <w:b/>
          <w:bCs/>
          <w:lang w:val="en-GB"/>
        </w:rPr>
        <w:t>No</w:t>
      </w:r>
      <w:r w:rsidRPr="006E1FE6">
        <w:rPr>
          <w:lang w:val="en-GB"/>
        </w:rPr>
        <w:br/>
      </w:r>
      <w:r w:rsidR="0069168D" w:rsidRPr="006E1FE6">
        <w:rPr>
          <w:lang w:val="en-GB"/>
        </w:rPr>
        <w:t>If yes, describe briefly: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362056922"/>
          <w:placeholder>
            <w:docPart w:val="8F0497F3604F4760A37A8D25F05F5B74"/>
          </w:placeholder>
          <w:showingPlcHdr/>
          <w15:color w:val="99CCFF"/>
        </w:sdtPr>
        <w:sdtEndPr>
          <w:rPr>
            <w:rStyle w:val="Laad1"/>
          </w:rPr>
        </w:sdtEndPr>
        <w:sdtContent>
          <w:r w:rsidR="00CD05F3" w:rsidRPr="006E1FE6">
            <w:rPr>
              <w:i/>
              <w:iCs/>
              <w:color w:val="4F80BD"/>
              <w:lang w:val="en-GB"/>
            </w:rPr>
            <w:t>Click here to enter text.</w:t>
          </w:r>
        </w:sdtContent>
      </w:sdt>
    </w:p>
    <w:p w14:paraId="0C4122E9" w14:textId="7513BE71" w:rsidR="0069168D" w:rsidRPr="006E1FE6" w:rsidRDefault="22343D36" w:rsidP="00613C6A">
      <w:pPr>
        <w:pStyle w:val="Loendilik"/>
        <w:numPr>
          <w:ilvl w:val="1"/>
          <w:numId w:val="28"/>
        </w:numPr>
        <w:spacing w:before="0" w:after="0" w:line="276" w:lineRule="auto"/>
        <w:ind w:left="426" w:hanging="426"/>
        <w:rPr>
          <w:color w:val="4F81BD" w:themeColor="accent1"/>
          <w:lang w:val="en-GB"/>
        </w:rPr>
      </w:pPr>
      <w:r w:rsidRPr="006E1FE6">
        <w:rPr>
          <w:lang w:val="en-GB"/>
        </w:rPr>
        <w:t>Did the behaviour include</w:t>
      </w:r>
      <w:r w:rsidR="0069168D" w:rsidRPr="006E1FE6">
        <w:rPr>
          <w:lang w:val="en-GB"/>
        </w:rPr>
        <w:t xml:space="preserve"> elements perceived as controlling, threatening, </w:t>
      </w:r>
      <w:r w:rsidR="2A347CE7" w:rsidRPr="006E1FE6">
        <w:rPr>
          <w:lang w:val="en-GB"/>
        </w:rPr>
        <w:t xml:space="preserve">intimidating </w:t>
      </w:r>
      <w:r w:rsidR="0069168D" w:rsidRPr="006E1FE6">
        <w:rPr>
          <w:lang w:val="en-GB"/>
        </w:rPr>
        <w:t xml:space="preserve">or </w:t>
      </w:r>
      <w:r w:rsidR="148ACA14" w:rsidRPr="006E1FE6">
        <w:rPr>
          <w:lang w:val="en-GB"/>
        </w:rPr>
        <w:t>othe</w:t>
      </w:r>
      <w:r w:rsidR="0069168D" w:rsidRPr="006E1FE6">
        <w:rPr>
          <w:lang w:val="en-GB"/>
        </w:rPr>
        <w:t>r</w:t>
      </w:r>
      <w:r w:rsidR="5900E210" w:rsidRPr="006E1FE6">
        <w:rPr>
          <w:lang w:val="en-GB"/>
        </w:rPr>
        <w:t>wise affect</w:t>
      </w:r>
      <w:r w:rsidR="274DB3B9" w:rsidRPr="006E1FE6">
        <w:rPr>
          <w:lang w:val="en-GB"/>
        </w:rPr>
        <w:t>ing</w:t>
      </w:r>
      <w:r w:rsidR="5900E210" w:rsidRPr="006E1FE6">
        <w:rPr>
          <w:lang w:val="en-GB"/>
        </w:rPr>
        <w:t xml:space="preserve"> your sense of</w:t>
      </w:r>
      <w:r w:rsidR="0069168D" w:rsidRPr="006E1FE6">
        <w:rPr>
          <w:lang w:val="en-GB"/>
        </w:rPr>
        <w:t xml:space="preserve"> safe</w:t>
      </w:r>
      <w:r w:rsidR="5172CFFC" w:rsidRPr="006E1FE6">
        <w:rPr>
          <w:lang w:val="en-GB"/>
        </w:rPr>
        <w:t>ty?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769667988"/>
          <w:placeholder>
            <w:docPart w:val="7030BD9AF8BC472E99586AB2D8624780"/>
          </w:placeholder>
          <w:showingPlcHdr/>
          <w15:color w:val="99CCFF"/>
        </w:sdtPr>
        <w:sdtEndPr>
          <w:rPr>
            <w:rStyle w:val="Laad1"/>
          </w:rPr>
        </w:sdtEndPr>
        <w:sdtContent>
          <w:r w:rsidR="00CD05F3" w:rsidRPr="006E1FE6">
            <w:rPr>
              <w:i/>
              <w:iCs/>
              <w:color w:val="4F80BD"/>
              <w:lang w:val="en-GB"/>
            </w:rPr>
            <w:t>Click here to enter text.</w:t>
          </w:r>
        </w:sdtContent>
      </w:sdt>
    </w:p>
    <w:p w14:paraId="63F38DA0" w14:textId="77777777" w:rsidR="00182C40" w:rsidRPr="006E1FE6" w:rsidRDefault="00182C40" w:rsidP="00182C40">
      <w:pPr>
        <w:pStyle w:val="Loendilik"/>
        <w:spacing w:before="0" w:after="0" w:line="276" w:lineRule="auto"/>
        <w:ind w:left="360"/>
        <w:rPr>
          <w:color w:val="4F81BD" w:themeColor="accent1"/>
          <w:szCs w:val="24"/>
          <w:lang w:val="en-GB"/>
        </w:rPr>
      </w:pPr>
    </w:p>
    <w:p w14:paraId="0889E784" w14:textId="6428E7C5" w:rsidR="0069168D" w:rsidRPr="006E1FE6" w:rsidRDefault="0069168D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sz w:val="24"/>
          <w:szCs w:val="24"/>
          <w:lang w:val="en-GB"/>
        </w:rPr>
      </w:pPr>
      <w:r w:rsidRPr="006E1FE6">
        <w:rPr>
          <w:rStyle w:val="Pealkiri2Mrk"/>
          <w:b/>
          <w:bCs/>
          <w:sz w:val="24"/>
          <w:szCs w:val="24"/>
          <w:lang w:val="en-GB"/>
        </w:rPr>
        <w:t>YOUR PERCEPTION AND EXPERIENCE</w:t>
      </w:r>
    </w:p>
    <w:p w14:paraId="3B8A5A89" w14:textId="1D14A122" w:rsidR="002A464D" w:rsidRPr="006E1FE6" w:rsidRDefault="00C3371E" w:rsidP="00D0647D">
      <w:pPr>
        <w:spacing w:before="0" w:line="276" w:lineRule="auto"/>
        <w:rPr>
          <w:i/>
          <w:iCs/>
          <w:szCs w:val="24"/>
          <w:lang w:val="en-GB"/>
        </w:rPr>
      </w:pPr>
      <w:r w:rsidRPr="006E1FE6">
        <w:rPr>
          <w:i/>
          <w:iCs/>
          <w:szCs w:val="24"/>
          <w:lang w:val="en-GB"/>
        </w:rPr>
        <w:t>How did you understand or experience the situation? How did you feel at the time or afterwards?</w:t>
      </w:r>
      <w:r w:rsidR="00613C6A" w:rsidRPr="006E1FE6">
        <w:rPr>
          <w:i/>
          <w:iCs/>
          <w:szCs w:val="24"/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1702319278"/>
          <w:placeholder>
            <w:docPart w:val="A2D459BC881447818D79AFD29BAA49B5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>Click here to enter text.</w:t>
          </w:r>
        </w:sdtContent>
      </w:sdt>
    </w:p>
    <w:p w14:paraId="726E7C46" w14:textId="459009F5" w:rsidR="0069168D" w:rsidRPr="006E1FE6" w:rsidRDefault="00A10C66" w:rsidP="45190C69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i/>
          <w:iCs/>
          <w:spacing w:val="0"/>
          <w:sz w:val="24"/>
          <w:szCs w:val="24"/>
          <w:shd w:val="clear" w:color="auto" w:fill="auto"/>
          <w:lang w:val="en-GB"/>
        </w:rPr>
      </w:pPr>
      <w:r w:rsidRPr="006E1FE6"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  <w:t>IMMEDIATE IMPACT</w:t>
      </w:r>
      <w:r w:rsidR="00482CEC" w:rsidRPr="006E1FE6"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  <w:t xml:space="preserve"> </w:t>
      </w:r>
    </w:p>
    <w:p w14:paraId="2C5D101F" w14:textId="4FB67804" w:rsidR="002C49F6" w:rsidRPr="006E1FE6" w:rsidRDefault="1399E0AA" w:rsidP="45190C69">
      <w:pPr>
        <w:rPr>
          <w:i/>
          <w:iCs/>
          <w:lang w:val="en-GB"/>
        </w:rPr>
      </w:pPr>
      <w:r w:rsidRPr="006E1FE6">
        <w:rPr>
          <w:i/>
          <w:iCs/>
          <w:lang w:val="en-GB"/>
        </w:rPr>
        <w:t xml:space="preserve">How did this </w:t>
      </w:r>
      <w:r w:rsidR="4B9A6BAB" w:rsidRPr="006E1FE6">
        <w:rPr>
          <w:i/>
          <w:iCs/>
          <w:lang w:val="en-GB"/>
        </w:rPr>
        <w:t xml:space="preserve">incident </w:t>
      </w:r>
      <w:r w:rsidRPr="006E1FE6">
        <w:rPr>
          <w:i/>
          <w:iCs/>
          <w:lang w:val="en-GB"/>
        </w:rPr>
        <w:t>affect you?</w:t>
      </w:r>
      <w:r w:rsidR="00E51768" w:rsidRPr="006E1FE6">
        <w:rPr>
          <w:i/>
          <w:iCs/>
          <w:lang w:val="en-GB"/>
        </w:rPr>
        <w:t xml:space="preserve"> Please focus on the </w:t>
      </w:r>
      <w:r w:rsidR="3C93A624" w:rsidRPr="006E1FE6">
        <w:rPr>
          <w:i/>
          <w:iCs/>
          <w:lang w:val="en-GB"/>
        </w:rPr>
        <w:t xml:space="preserve">impact </w:t>
      </w:r>
      <w:r w:rsidR="00E51768" w:rsidRPr="006E1FE6">
        <w:rPr>
          <w:i/>
          <w:iCs/>
          <w:lang w:val="en-GB"/>
        </w:rPr>
        <w:t>rather than the interpretation.</w:t>
      </w:r>
      <w:r w:rsidR="00A339B6" w:rsidRPr="006E1FE6">
        <w:rPr>
          <w:rStyle w:val="Pealkiri2Mrk"/>
          <w:b w:val="0"/>
          <w:i/>
          <w:iCs/>
          <w:caps w:val="0"/>
          <w:sz w:val="24"/>
          <w:szCs w:val="24"/>
          <w:lang w:val="en-GB"/>
        </w:rPr>
        <w:t xml:space="preserve"> </w:t>
      </w:r>
    </w:p>
    <w:p w14:paraId="7170FAF5" w14:textId="3127F8CB" w:rsidR="00F87839" w:rsidRPr="006E1FE6" w:rsidRDefault="00F87839" w:rsidP="388AB995">
      <w:pPr>
        <w:pStyle w:val="Loendilik"/>
        <w:numPr>
          <w:ilvl w:val="1"/>
          <w:numId w:val="12"/>
        </w:numPr>
        <w:spacing w:before="0" w:after="0" w:line="276" w:lineRule="auto"/>
        <w:ind w:left="426"/>
        <w:rPr>
          <w:lang w:val="en-GB"/>
        </w:rPr>
      </w:pPr>
      <w:r w:rsidRPr="006E1FE6">
        <w:rPr>
          <w:lang w:val="en-GB"/>
        </w:rPr>
        <w:t xml:space="preserve"> Emotional impact </w:t>
      </w:r>
      <w:r w:rsidR="00735A1F" w:rsidRPr="006E1FE6">
        <w:rPr>
          <w:lang w:val="en-GB"/>
        </w:rPr>
        <w:t>(e.g. anxiety, stress, fear, sadness, anger, uncertainty)</w:t>
      </w:r>
      <w:r w:rsidRPr="006E1FE6">
        <w:rPr>
          <w:lang w:val="en-GB"/>
        </w:rPr>
        <w:t xml:space="preserve">: 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435422441"/>
          <w:placeholder>
            <w:docPart w:val="F2B765F33B39423DB1F00EB41F1B7ABA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lang w:val="en-GB"/>
            </w:rPr>
            <w:t>Click here to enter text.</w:t>
          </w:r>
        </w:sdtContent>
      </w:sdt>
    </w:p>
    <w:p w14:paraId="16587B59" w14:textId="60C5D335" w:rsidR="00F87839" w:rsidRPr="006E1FE6" w:rsidRDefault="00F87839" w:rsidP="388AB995">
      <w:pPr>
        <w:pStyle w:val="Loendilik"/>
        <w:numPr>
          <w:ilvl w:val="1"/>
          <w:numId w:val="12"/>
        </w:numPr>
        <w:spacing w:before="0" w:after="0" w:line="276" w:lineRule="auto"/>
        <w:ind w:left="426"/>
        <w:rPr>
          <w:lang w:val="en-GB"/>
        </w:rPr>
      </w:pPr>
      <w:r w:rsidRPr="006E1FE6">
        <w:rPr>
          <w:lang w:val="en-GB"/>
        </w:rPr>
        <w:t xml:space="preserve">Impact on </w:t>
      </w:r>
      <w:r w:rsidR="57B58CAB" w:rsidRPr="006E1FE6">
        <w:rPr>
          <w:lang w:val="en-GB"/>
        </w:rPr>
        <w:t xml:space="preserve">your </w:t>
      </w:r>
      <w:r w:rsidRPr="006E1FE6">
        <w:rPr>
          <w:lang w:val="en-GB"/>
        </w:rPr>
        <w:t>sense of safety</w:t>
      </w:r>
      <w:r w:rsidR="00164C5B" w:rsidRPr="006E1FE6">
        <w:rPr>
          <w:lang w:val="en-GB"/>
        </w:rPr>
        <w:t xml:space="preserve"> (e.g. whether you feel safe at the university, at work, or during your studies)</w:t>
      </w:r>
      <w:r w:rsidRPr="006E1FE6">
        <w:rPr>
          <w:lang w:val="en-GB"/>
        </w:rPr>
        <w:t>: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733092316"/>
          <w:placeholder>
            <w:docPart w:val="4A1B1012756C4C0997FB137943EC7D76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lang w:val="en-GB"/>
            </w:rPr>
            <w:t>Click here to enter text.</w:t>
          </w:r>
        </w:sdtContent>
      </w:sdt>
    </w:p>
    <w:p w14:paraId="5736EEB8" w14:textId="04574599" w:rsidR="00F87839" w:rsidRPr="006E1FE6" w:rsidRDefault="00F87839" w:rsidP="45190C69">
      <w:pPr>
        <w:pStyle w:val="Loendilik"/>
        <w:numPr>
          <w:ilvl w:val="1"/>
          <w:numId w:val="12"/>
        </w:numPr>
        <w:spacing w:before="0" w:after="0" w:line="276" w:lineRule="auto"/>
        <w:ind w:left="426"/>
        <w:rPr>
          <w:i/>
          <w:iCs/>
          <w:color w:val="0070C0"/>
          <w:lang w:val="en-GB"/>
        </w:rPr>
      </w:pPr>
      <w:r w:rsidRPr="006E1FE6">
        <w:rPr>
          <w:lang w:val="en-GB"/>
        </w:rPr>
        <w:t xml:space="preserve"> Impact on </w:t>
      </w:r>
      <w:r w:rsidR="2EAC9B0A" w:rsidRPr="006E1FE6">
        <w:rPr>
          <w:lang w:val="en-GB"/>
        </w:rPr>
        <w:t xml:space="preserve">your </w:t>
      </w:r>
      <w:r w:rsidR="7B0593A1" w:rsidRPr="006E1FE6">
        <w:rPr>
          <w:lang w:val="en-GB"/>
        </w:rPr>
        <w:t xml:space="preserve">studies, </w:t>
      </w:r>
      <w:r w:rsidRPr="006E1FE6">
        <w:rPr>
          <w:lang w:val="en-GB"/>
        </w:rPr>
        <w:t>work</w:t>
      </w:r>
      <w:r w:rsidR="46CD9EAC" w:rsidRPr="006E1FE6">
        <w:rPr>
          <w:lang w:val="en-GB"/>
        </w:rPr>
        <w:t>,</w:t>
      </w:r>
      <w:r w:rsidRPr="006E1FE6">
        <w:rPr>
          <w:lang w:val="en-GB"/>
        </w:rPr>
        <w:t xml:space="preserve"> participation in </w:t>
      </w:r>
      <w:r w:rsidR="004954FE" w:rsidRPr="006E1FE6">
        <w:rPr>
          <w:lang w:val="en-GB"/>
        </w:rPr>
        <w:t>university</w:t>
      </w:r>
      <w:r w:rsidRPr="006E1FE6">
        <w:rPr>
          <w:lang w:val="en-GB"/>
        </w:rPr>
        <w:t xml:space="preserve"> life</w:t>
      </w:r>
      <w:r w:rsidR="00164C5B" w:rsidRPr="006E1FE6">
        <w:rPr>
          <w:lang w:val="en-GB"/>
        </w:rPr>
        <w:t xml:space="preserve"> (e.g. difficulty concentrating, reduced participation, decreased motivation)</w:t>
      </w:r>
      <w:r w:rsidRPr="006E1FE6">
        <w:rPr>
          <w:lang w:val="en-GB"/>
        </w:rPr>
        <w:t>:</w:t>
      </w:r>
      <w:r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2088263340"/>
          <w:placeholder>
            <w:docPart w:val="06726A8E0A78444FB5C77BABA5FD4B9A"/>
          </w:placeholder>
          <w:showingPlcHdr/>
          <w15:color w:val="99CCFF"/>
        </w:sdtPr>
        <w:sdtEndPr>
          <w:rPr>
            <w:rStyle w:val="Laad1"/>
          </w:rPr>
        </w:sdtEndPr>
        <w:sdtContent>
          <w:r w:rsidR="00CD05F3" w:rsidRPr="006E1FE6">
            <w:rPr>
              <w:i/>
              <w:iCs/>
              <w:color w:val="4F80BD"/>
              <w:lang w:val="en-GB"/>
            </w:rPr>
            <w:t>Click here to enter text.</w:t>
          </w:r>
        </w:sdtContent>
      </w:sdt>
    </w:p>
    <w:p w14:paraId="3F05DB4C" w14:textId="77777777" w:rsidR="00F87839" w:rsidRPr="006E1FE6" w:rsidRDefault="00F87839" w:rsidP="00D0647D">
      <w:pPr>
        <w:spacing w:before="0" w:after="0" w:line="276" w:lineRule="auto"/>
        <w:ind w:left="720"/>
        <w:rPr>
          <w:i/>
          <w:iCs/>
          <w:color w:val="0070C0"/>
          <w:szCs w:val="24"/>
          <w:lang w:val="en-GB"/>
        </w:rPr>
      </w:pPr>
    </w:p>
    <w:p w14:paraId="1BF545B7" w14:textId="48C92AA5" w:rsidR="002C49F6" w:rsidRPr="006E1FE6" w:rsidRDefault="002C49F6" w:rsidP="00D0647D">
      <w:pPr>
        <w:pStyle w:val="Pealkiri2"/>
        <w:numPr>
          <w:ilvl w:val="0"/>
          <w:numId w:val="12"/>
        </w:numPr>
        <w:spacing w:before="0" w:line="276" w:lineRule="auto"/>
        <w:rPr>
          <w:sz w:val="24"/>
          <w:szCs w:val="24"/>
          <w:shd w:val="clear" w:color="auto" w:fill="DBE5F1" w:themeFill="accent1" w:themeFillTint="33"/>
          <w:lang w:val="en-GB"/>
        </w:rPr>
      </w:pPr>
      <w:r w:rsidRPr="006E1FE6">
        <w:rPr>
          <w:sz w:val="24"/>
          <w:szCs w:val="24"/>
          <w:shd w:val="clear" w:color="auto" w:fill="DBE5F1" w:themeFill="accent1" w:themeFillTint="33"/>
          <w:lang w:val="en-GB"/>
        </w:rPr>
        <w:t>ONGOING CONCERNS OR NEEDS</w:t>
      </w:r>
    </w:p>
    <w:p w14:paraId="65AA94DF" w14:textId="75E61477" w:rsidR="002A464D" w:rsidRPr="006E1FE6" w:rsidRDefault="00700893" w:rsidP="00D0647D">
      <w:pPr>
        <w:spacing w:before="0" w:line="276" w:lineRule="auto"/>
        <w:rPr>
          <w:i/>
          <w:iCs/>
          <w:lang w:val="en-GB"/>
        </w:rPr>
      </w:pPr>
      <w:r w:rsidRPr="006E1FE6">
        <w:rPr>
          <w:i/>
          <w:iCs/>
          <w:lang w:val="en-GB"/>
        </w:rPr>
        <w:t xml:space="preserve">Do you have </w:t>
      </w:r>
      <w:r w:rsidR="405B3E81" w:rsidRPr="006E1FE6">
        <w:rPr>
          <w:i/>
          <w:iCs/>
          <w:lang w:val="en-GB"/>
        </w:rPr>
        <w:t xml:space="preserve">any </w:t>
      </w:r>
      <w:r w:rsidR="62B3C606" w:rsidRPr="006E1FE6">
        <w:rPr>
          <w:i/>
          <w:iCs/>
          <w:lang w:val="en-GB"/>
        </w:rPr>
        <w:t xml:space="preserve">ongoing </w:t>
      </w:r>
      <w:r w:rsidRPr="006E1FE6">
        <w:rPr>
          <w:i/>
          <w:iCs/>
          <w:lang w:val="en-GB"/>
        </w:rPr>
        <w:t xml:space="preserve">concerns </w:t>
      </w:r>
      <w:r w:rsidR="75002541" w:rsidRPr="006E1FE6">
        <w:rPr>
          <w:i/>
          <w:iCs/>
          <w:lang w:val="en-GB"/>
        </w:rPr>
        <w:t>that need resolving</w:t>
      </w:r>
      <w:r w:rsidRPr="006E1FE6">
        <w:rPr>
          <w:i/>
          <w:iCs/>
          <w:lang w:val="en-GB"/>
        </w:rPr>
        <w:t>? Do you currently feel safe?</w:t>
      </w:r>
      <w:r w:rsidR="008B755C" w:rsidRPr="006E1FE6">
        <w:rPr>
          <w:lang w:val="en-GB"/>
        </w:rPr>
        <w:br/>
      </w:r>
      <w:sdt>
        <w:sdtPr>
          <w:rPr>
            <w:rStyle w:val="Laad1"/>
            <w:lang w:val="en-GB"/>
          </w:rPr>
          <w:tag w:val="Click or tap here to enter text."/>
          <w:id w:val="-452394050"/>
          <w:placeholder>
            <w:docPart w:val="12326C91DE5840C798AC2E1E679E3D15"/>
          </w:placeholder>
          <w:showingPlcHdr/>
          <w15:color w:val="99CCFF"/>
        </w:sdtPr>
        <w:sdtEndPr>
          <w:rPr>
            <w:rStyle w:val="Laad1"/>
          </w:rPr>
        </w:sdtEndPr>
        <w:sdtContent>
          <w:r w:rsidR="00CD05F3" w:rsidRPr="006E1FE6">
            <w:rPr>
              <w:i/>
              <w:iCs/>
              <w:color w:val="4F80BD"/>
              <w:lang w:val="en-GB"/>
            </w:rPr>
            <w:t>Click here to enter text.</w:t>
          </w:r>
        </w:sdtContent>
      </w:sdt>
    </w:p>
    <w:p w14:paraId="5C631DFB" w14:textId="52EECB3B" w:rsidR="002C49F6" w:rsidRPr="006E1FE6" w:rsidRDefault="002C49F6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</w:pPr>
      <w:r w:rsidRPr="006E1FE6">
        <w:rPr>
          <w:rStyle w:val="Pealkiri2Mrk"/>
          <w:b/>
          <w:bCs/>
          <w:sz w:val="24"/>
          <w:szCs w:val="24"/>
          <w:lang w:val="en-GB"/>
        </w:rPr>
        <w:t>EVIDENCE AND ADDITIONAL INFORMATION</w:t>
      </w:r>
    </w:p>
    <w:p w14:paraId="603898D3" w14:textId="72A19D16" w:rsidR="00A67418" w:rsidRPr="006E1FE6" w:rsidRDefault="0016739A" w:rsidP="00D0647D">
      <w:pPr>
        <w:spacing w:before="0" w:line="276" w:lineRule="auto"/>
        <w:rPr>
          <w:i/>
          <w:iCs/>
          <w:lang w:val="en-GB"/>
        </w:rPr>
      </w:pPr>
      <w:r w:rsidRPr="006E1FE6">
        <w:rPr>
          <w:i/>
          <w:iCs/>
          <w:lang w:val="en-GB"/>
        </w:rPr>
        <w:t xml:space="preserve">Do you have any written evidence </w:t>
      </w:r>
      <w:r w:rsidR="3C5C6E4E" w:rsidRPr="006E1FE6">
        <w:rPr>
          <w:i/>
          <w:iCs/>
          <w:lang w:val="en-GB"/>
        </w:rPr>
        <w:t>or</w:t>
      </w:r>
      <w:r w:rsidRPr="006E1FE6">
        <w:rPr>
          <w:i/>
          <w:iCs/>
          <w:lang w:val="en-GB"/>
        </w:rPr>
        <w:t xml:space="preserve"> witnesses? Is anyone else aware of this situation?</w:t>
      </w:r>
    </w:p>
    <w:p w14:paraId="243D3591" w14:textId="4E9824BB" w:rsidR="002A464D" w:rsidRPr="006E1FE6" w:rsidRDefault="006F1648" w:rsidP="00D0647D">
      <w:pPr>
        <w:spacing w:before="0" w:line="276" w:lineRule="auto"/>
        <w:rPr>
          <w:i/>
          <w:iCs/>
          <w:szCs w:val="24"/>
          <w:lang w:val="en-GB"/>
        </w:rPr>
      </w:pPr>
      <w:sdt>
        <w:sdtPr>
          <w:rPr>
            <w:rStyle w:val="Laad1"/>
            <w:lang w:val="en-GB"/>
          </w:rPr>
          <w:tag w:val="Click or tap here to enter text."/>
          <w:id w:val="50653798"/>
          <w:placeholder>
            <w:docPart w:val="AB22C5814F65483DB29C09DFCB222E1F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>Click here to enter text.</w:t>
          </w:r>
        </w:sdtContent>
      </w:sdt>
    </w:p>
    <w:p w14:paraId="7A60CFC0" w14:textId="07305F17" w:rsidR="002C49F6" w:rsidRPr="006E1FE6" w:rsidRDefault="002C49F6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</w:pPr>
      <w:r w:rsidRPr="006E1FE6">
        <w:rPr>
          <w:rStyle w:val="Pealkiri2Mrk"/>
          <w:b/>
          <w:bCs/>
          <w:sz w:val="24"/>
          <w:szCs w:val="24"/>
          <w:lang w:val="en-GB"/>
        </w:rPr>
        <w:lastRenderedPageBreak/>
        <w:t>YOUR EXPECTATIONS</w:t>
      </w:r>
    </w:p>
    <w:p w14:paraId="4448584E" w14:textId="336A2E37" w:rsidR="008E5812" w:rsidRPr="006E1FE6" w:rsidRDefault="0016739A" w:rsidP="00D0647D">
      <w:pPr>
        <w:spacing w:before="0" w:line="276" w:lineRule="auto"/>
        <w:rPr>
          <w:i/>
          <w:iCs/>
          <w:szCs w:val="24"/>
          <w:lang w:val="en-GB"/>
        </w:rPr>
      </w:pPr>
      <w:r w:rsidRPr="006E1FE6">
        <w:rPr>
          <w:i/>
          <w:iCs/>
          <w:szCs w:val="24"/>
          <w:lang w:val="en-GB"/>
        </w:rPr>
        <w:t>What would you like to happen next? What kind of outcome would you prefer</w:t>
      </w:r>
      <w:r w:rsidRPr="006E1FE6">
        <w:rPr>
          <w:i/>
          <w:iCs/>
          <w:lang w:val="en-GB"/>
        </w:rPr>
        <w:t>?</w:t>
      </w:r>
    </w:p>
    <w:p w14:paraId="50D5A269" w14:textId="3AE0C408" w:rsidR="00A67418" w:rsidRPr="006E1FE6" w:rsidRDefault="006F1648" w:rsidP="00D0647D">
      <w:pPr>
        <w:spacing w:before="0" w:line="276" w:lineRule="auto"/>
        <w:rPr>
          <w:i/>
          <w:iCs/>
          <w:szCs w:val="24"/>
          <w:lang w:val="en-GB"/>
        </w:rPr>
      </w:pPr>
      <w:sdt>
        <w:sdtPr>
          <w:rPr>
            <w:rStyle w:val="Laad1"/>
            <w:lang w:val="en-GB"/>
          </w:rPr>
          <w:tag w:val="Click or tap here to enter text."/>
          <w:id w:val="-316185862"/>
          <w:placeholder>
            <w:docPart w:val="A31C4DEBF9CB466ABD2E7AF80D7ACDFD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>Click here to enter text.</w:t>
          </w:r>
        </w:sdtContent>
      </w:sdt>
    </w:p>
    <w:p w14:paraId="7C816026" w14:textId="0B867A1B" w:rsidR="00104595" w:rsidRPr="006E1FE6" w:rsidRDefault="002C49F6" w:rsidP="00104595">
      <w:pPr>
        <w:pStyle w:val="Pealkiri2"/>
        <w:numPr>
          <w:ilvl w:val="0"/>
          <w:numId w:val="12"/>
        </w:numPr>
        <w:spacing w:before="0" w:line="276" w:lineRule="auto"/>
        <w:rPr>
          <w:b w:val="0"/>
          <w:caps w:val="0"/>
          <w:sz w:val="24"/>
          <w:szCs w:val="24"/>
          <w:shd w:val="clear" w:color="auto" w:fill="DBE5F1" w:themeFill="accent1" w:themeFillTint="33"/>
          <w:lang w:val="en-GB"/>
        </w:rPr>
      </w:pPr>
      <w:r w:rsidRPr="006E1FE6">
        <w:rPr>
          <w:rStyle w:val="Pealkiri2Mrk"/>
          <w:b/>
          <w:bCs/>
          <w:sz w:val="24"/>
          <w:szCs w:val="24"/>
          <w:lang w:val="en-GB"/>
        </w:rPr>
        <w:t>READINE</w:t>
      </w:r>
      <w:r w:rsidR="00003A35" w:rsidRPr="006E1FE6">
        <w:rPr>
          <w:rStyle w:val="Pealkiri2Mrk"/>
          <w:b/>
          <w:bCs/>
          <w:sz w:val="24"/>
          <w:szCs w:val="24"/>
          <w:lang w:val="en-GB"/>
        </w:rPr>
        <w:t>SS FOR FURTHER STEPS</w:t>
      </w:r>
    </w:p>
    <w:p w14:paraId="631982C7" w14:textId="29419D41" w:rsidR="00E570FA" w:rsidRPr="006E1FE6" w:rsidRDefault="00FC00E3" w:rsidP="00613C6A">
      <w:pPr>
        <w:pStyle w:val="Loendilik"/>
        <w:numPr>
          <w:ilvl w:val="1"/>
          <w:numId w:val="12"/>
        </w:numPr>
        <w:spacing w:before="0" w:line="276" w:lineRule="auto"/>
        <w:ind w:left="426" w:hanging="426"/>
        <w:rPr>
          <w:rFonts w:cstheme="majorBidi"/>
          <w:b/>
          <w:bCs/>
          <w:color w:val="4F81BD" w:themeColor="accent1"/>
          <w:lang w:val="en-GB"/>
        </w:rPr>
      </w:pPr>
      <w:r w:rsidRPr="006E1FE6">
        <w:rPr>
          <w:b/>
          <w:bCs/>
          <w:lang w:val="en-GB"/>
        </w:rPr>
        <w:t xml:space="preserve">Would you be willing to </w:t>
      </w:r>
      <w:r w:rsidR="00D9109C" w:rsidRPr="006E1FE6">
        <w:rPr>
          <w:b/>
          <w:bCs/>
          <w:lang w:val="en-GB"/>
        </w:rPr>
        <w:t xml:space="preserve">participate in restorative discussions, conflict mediation, or conciliation? </w:t>
      </w:r>
      <w:r w:rsidRPr="006E1FE6">
        <w:rPr>
          <w:lang w:val="en-GB"/>
        </w:rPr>
        <w:br/>
      </w:r>
      <w:r w:rsidR="005E7281" w:rsidRPr="006E1FE6">
        <w:rPr>
          <w:i/>
          <w:iCs/>
          <w:lang w:val="en-GB"/>
        </w:rPr>
        <w:t>(Restorative discussions or mediation are not recommended in situations involving harassment (including sexual harassment), possible discrimination, a clear power imbalance between the parties, the presence of fear, pressure, or lack of safety, or where there is a risk of retraumati</w:t>
      </w:r>
      <w:r w:rsidR="38127063" w:rsidRPr="006E1FE6">
        <w:rPr>
          <w:i/>
          <w:iCs/>
          <w:lang w:val="en-GB"/>
        </w:rPr>
        <w:t>s</w:t>
      </w:r>
      <w:r w:rsidR="005E7281" w:rsidRPr="006E1FE6">
        <w:rPr>
          <w:i/>
          <w:iCs/>
          <w:lang w:val="en-GB"/>
        </w:rPr>
        <w:t>ation</w:t>
      </w:r>
      <w:r w:rsidR="007C611C" w:rsidRPr="006E1FE6">
        <w:rPr>
          <w:i/>
          <w:iCs/>
          <w:lang w:val="en-GB"/>
        </w:rPr>
        <w:t>, revictimisation</w:t>
      </w:r>
      <w:r w:rsidR="005E7281" w:rsidRPr="006E1FE6">
        <w:rPr>
          <w:i/>
          <w:iCs/>
          <w:lang w:val="en-GB"/>
        </w:rPr>
        <w:t xml:space="preserve"> or further harm. Such processes require the voluntary participation of all parties. Discussions, mediation, and conciliation are facilitated by trained, neutral mediators.)</w:t>
      </w:r>
      <w:r w:rsidRPr="006E1FE6">
        <w:rPr>
          <w:lang w:val="en-GB"/>
        </w:rPr>
        <w:br/>
      </w:r>
      <w:r w:rsidR="5CA8A90E" w:rsidRPr="006E1FE6">
        <w:rPr>
          <w:b/>
          <w:bCs/>
          <w:color w:val="0070C0"/>
          <w:lang w:val="en-GB"/>
        </w:rPr>
        <w:t>Y</w:t>
      </w:r>
      <w:r w:rsidR="00333B27" w:rsidRPr="006E1FE6">
        <w:rPr>
          <w:rFonts w:cstheme="majorBidi"/>
          <w:b/>
          <w:bCs/>
          <w:color w:val="0070C0"/>
          <w:lang w:val="en-GB"/>
        </w:rPr>
        <w:t>es</w:t>
      </w:r>
      <w:r w:rsidRPr="006E1FE6">
        <w:rPr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0070C0"/>
            <w:lang w:val="en-GB"/>
          </w:rPr>
          <w:id w:val="1366330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0070C0"/>
              <w:lang w:val="en-GB"/>
            </w:rPr>
            <w:t>☐</w:t>
          </w:r>
        </w:sdtContent>
      </w:sdt>
      <w:r w:rsidRPr="006E1FE6">
        <w:rPr>
          <w:lang w:val="en-GB"/>
        </w:rPr>
        <w:tab/>
      </w:r>
      <w:r w:rsidRPr="006E1FE6">
        <w:rPr>
          <w:lang w:val="en-GB"/>
        </w:rPr>
        <w:tab/>
      </w:r>
      <w:r w:rsidR="3AB1B1FC" w:rsidRPr="006E1FE6">
        <w:rPr>
          <w:rFonts w:cstheme="majorBidi"/>
          <w:b/>
          <w:bCs/>
          <w:color w:val="4F80BD"/>
          <w:lang w:val="en-GB"/>
        </w:rPr>
        <w:t>N</w:t>
      </w:r>
      <w:r w:rsidR="00333B27" w:rsidRPr="006E1FE6">
        <w:rPr>
          <w:rFonts w:cstheme="majorBidi"/>
          <w:b/>
          <w:bCs/>
          <w:color w:val="4F80BD"/>
          <w:lang w:val="en-GB"/>
        </w:rPr>
        <w:t>o</w:t>
      </w:r>
      <w:r w:rsidRPr="006E1FE6">
        <w:rPr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4F80BD"/>
            <w:lang w:val="en-GB"/>
          </w:rPr>
          <w:id w:val="-55347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0BD"/>
              <w:lang w:val="en-GB"/>
            </w:rPr>
            <w:t>☐</w:t>
          </w:r>
        </w:sdtContent>
      </w:sdt>
      <w:r w:rsidRPr="006E1FE6">
        <w:rPr>
          <w:lang w:val="en-GB"/>
        </w:rPr>
        <w:tab/>
      </w:r>
      <w:r w:rsidRPr="006E1FE6">
        <w:rPr>
          <w:lang w:val="en-GB"/>
        </w:rPr>
        <w:tab/>
      </w:r>
      <w:r w:rsidR="3566F494" w:rsidRPr="006E1FE6">
        <w:rPr>
          <w:rFonts w:cstheme="majorBidi"/>
          <w:b/>
          <w:bCs/>
          <w:color w:val="4F80BD"/>
          <w:lang w:val="en-GB"/>
        </w:rPr>
        <w:t>N</w:t>
      </w:r>
      <w:r w:rsidR="00333B27" w:rsidRPr="006E1FE6">
        <w:rPr>
          <w:rFonts w:cstheme="majorBidi"/>
          <w:b/>
          <w:bCs/>
          <w:color w:val="4F80BD"/>
          <w:lang w:val="en-GB"/>
        </w:rPr>
        <w:t>ot sure</w:t>
      </w:r>
      <w:r w:rsidRPr="006E1FE6">
        <w:rPr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4F80BD"/>
            <w:lang w:val="en-GB"/>
          </w:rPr>
          <w:id w:val="135861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0BD"/>
              <w:lang w:val="en-GB"/>
            </w:rPr>
            <w:t>☐</w:t>
          </w:r>
        </w:sdtContent>
      </w:sdt>
    </w:p>
    <w:p w14:paraId="50E61F2B" w14:textId="77777777" w:rsidR="001B7CBD" w:rsidRPr="006E1FE6" w:rsidRDefault="001B7CBD" w:rsidP="00613C6A">
      <w:pPr>
        <w:pStyle w:val="Loendilik"/>
        <w:spacing w:before="0" w:line="276" w:lineRule="auto"/>
        <w:ind w:left="426" w:hanging="426"/>
        <w:rPr>
          <w:b/>
          <w:bCs/>
          <w:szCs w:val="24"/>
          <w:lang w:val="en-GB"/>
        </w:rPr>
      </w:pPr>
    </w:p>
    <w:p w14:paraId="7AA3EA2B" w14:textId="395D8225" w:rsidR="009F5C4C" w:rsidRPr="006E1FE6" w:rsidRDefault="00FC00E3" w:rsidP="00613C6A">
      <w:pPr>
        <w:pStyle w:val="Loendilik"/>
        <w:numPr>
          <w:ilvl w:val="1"/>
          <w:numId w:val="12"/>
        </w:numPr>
        <w:spacing w:before="0" w:line="276" w:lineRule="auto"/>
        <w:ind w:left="426" w:hanging="426"/>
        <w:rPr>
          <w:b/>
          <w:bCs/>
          <w:color w:val="4F81BD" w:themeColor="accent1"/>
          <w:lang w:val="en-GB"/>
        </w:rPr>
      </w:pPr>
      <w:r w:rsidRPr="006E1FE6">
        <w:rPr>
          <w:b/>
          <w:bCs/>
          <w:lang w:val="en-GB"/>
        </w:rPr>
        <w:t xml:space="preserve">Would you be willing to </w:t>
      </w:r>
      <w:r w:rsidR="004825B4" w:rsidRPr="006E1FE6">
        <w:rPr>
          <w:b/>
          <w:bCs/>
          <w:lang w:val="en-GB"/>
        </w:rPr>
        <w:t>share the information provided here with relevant persons on a need</w:t>
      </w:r>
      <w:r w:rsidR="004825B4" w:rsidRPr="006E1FE6">
        <w:rPr>
          <w:lang w:val="en-GB"/>
        </w:rPr>
        <w:noBreakHyphen/>
      </w:r>
      <w:r w:rsidR="004825B4" w:rsidRPr="006E1FE6">
        <w:rPr>
          <w:b/>
          <w:bCs/>
          <w:lang w:val="en-GB"/>
        </w:rPr>
        <w:t>to</w:t>
      </w:r>
      <w:r w:rsidR="004825B4" w:rsidRPr="006E1FE6">
        <w:rPr>
          <w:lang w:val="en-GB"/>
        </w:rPr>
        <w:noBreakHyphen/>
      </w:r>
      <w:r w:rsidR="004825B4" w:rsidRPr="006E1FE6">
        <w:rPr>
          <w:b/>
          <w:bCs/>
          <w:lang w:val="en-GB"/>
        </w:rPr>
        <w:t>know basis?</w:t>
      </w:r>
      <w:r w:rsidR="004825B4" w:rsidRPr="006E1FE6">
        <w:rPr>
          <w:lang w:val="en-GB"/>
        </w:rPr>
        <w:br/>
      </w:r>
      <w:r w:rsidR="004825B4" w:rsidRPr="006E1FE6">
        <w:rPr>
          <w:i/>
          <w:iCs/>
          <w:lang w:val="en-GB"/>
        </w:rPr>
        <w:t>(The information will be shared only to the extent necessary for handling the case and only with appropriately authori</w:t>
      </w:r>
      <w:r w:rsidR="6A26C46D" w:rsidRPr="006E1FE6">
        <w:rPr>
          <w:i/>
          <w:iCs/>
          <w:lang w:val="en-GB"/>
        </w:rPr>
        <w:t>s</w:t>
      </w:r>
      <w:r w:rsidR="004825B4" w:rsidRPr="006E1FE6">
        <w:rPr>
          <w:i/>
          <w:iCs/>
          <w:lang w:val="en-GB"/>
        </w:rPr>
        <w:t>ed persons; sharing may be limited or adjusted</w:t>
      </w:r>
      <w:r w:rsidR="3CDE6D4A" w:rsidRPr="006E1FE6">
        <w:rPr>
          <w:i/>
          <w:iCs/>
          <w:lang w:val="en-GB"/>
        </w:rPr>
        <w:t>,</w:t>
      </w:r>
      <w:r w:rsidR="004825B4" w:rsidRPr="006E1FE6">
        <w:rPr>
          <w:i/>
          <w:iCs/>
          <w:lang w:val="en-GB"/>
        </w:rPr>
        <w:t xml:space="preserve"> where necessary</w:t>
      </w:r>
      <w:r w:rsidR="53E7CED3" w:rsidRPr="006E1FE6">
        <w:rPr>
          <w:i/>
          <w:iCs/>
          <w:lang w:val="en-GB"/>
        </w:rPr>
        <w:t>,</w:t>
      </w:r>
      <w:r w:rsidR="004825B4" w:rsidRPr="006E1FE6">
        <w:rPr>
          <w:i/>
          <w:iCs/>
          <w:lang w:val="en-GB"/>
        </w:rPr>
        <w:t xml:space="preserve"> to protect your privacy, safety, or wellbeing.)</w:t>
      </w:r>
      <w:r w:rsidR="004825B4" w:rsidRPr="006E1FE6">
        <w:rPr>
          <w:lang w:val="en-GB"/>
        </w:rPr>
        <w:br/>
      </w:r>
      <w:r w:rsidR="34EDE7EF" w:rsidRPr="006E1FE6">
        <w:rPr>
          <w:b/>
          <w:bCs/>
          <w:color w:val="0070C0"/>
          <w:lang w:val="en-GB"/>
        </w:rPr>
        <w:t>Y</w:t>
      </w:r>
      <w:r w:rsidR="004825B4" w:rsidRPr="006E1FE6">
        <w:rPr>
          <w:b/>
          <w:bCs/>
          <w:color w:val="0070C0"/>
          <w:lang w:val="en-GB"/>
        </w:rPr>
        <w:t>es</w:t>
      </w:r>
      <w:r w:rsidR="004825B4" w:rsidRPr="006E1FE6">
        <w:rPr>
          <w:color w:val="0070C0"/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4F81BD" w:themeColor="accent1"/>
            <w:lang w:val="en-GB"/>
          </w:rPr>
          <w:id w:val="83734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  <w:r w:rsidR="004825B4" w:rsidRPr="006E1FE6">
        <w:rPr>
          <w:lang w:val="en-GB"/>
        </w:rPr>
        <w:tab/>
      </w:r>
      <w:r w:rsidR="004825B4" w:rsidRPr="006E1FE6">
        <w:rPr>
          <w:lang w:val="en-GB"/>
        </w:rPr>
        <w:tab/>
      </w:r>
      <w:r w:rsidR="3B2E9DDF" w:rsidRPr="006E1FE6">
        <w:rPr>
          <w:b/>
          <w:bCs/>
          <w:color w:val="4F81BD" w:themeColor="accent1"/>
          <w:lang w:val="en-GB"/>
        </w:rPr>
        <w:t>N</w:t>
      </w:r>
      <w:r w:rsidR="004825B4" w:rsidRPr="006E1FE6">
        <w:rPr>
          <w:b/>
          <w:bCs/>
          <w:color w:val="4F81BD" w:themeColor="accent1"/>
          <w:lang w:val="en-GB"/>
        </w:rPr>
        <w:t>o</w:t>
      </w:r>
      <w:r w:rsidR="004825B4" w:rsidRPr="006E1FE6">
        <w:rPr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4F81BD" w:themeColor="accent1"/>
            <w:lang w:val="en-GB"/>
          </w:rPr>
          <w:id w:val="-198553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  <w:r w:rsidR="004825B4" w:rsidRPr="006E1FE6">
        <w:rPr>
          <w:lang w:val="en-GB"/>
        </w:rPr>
        <w:tab/>
      </w:r>
      <w:r w:rsidR="004825B4" w:rsidRPr="006E1FE6">
        <w:rPr>
          <w:lang w:val="en-GB"/>
        </w:rPr>
        <w:tab/>
      </w:r>
      <w:r w:rsidR="0C3E64C3" w:rsidRPr="006E1FE6">
        <w:rPr>
          <w:b/>
          <w:bCs/>
          <w:color w:val="4F81BD" w:themeColor="accent1"/>
          <w:lang w:val="en-GB"/>
        </w:rPr>
        <w:t>N</w:t>
      </w:r>
      <w:r w:rsidR="004825B4" w:rsidRPr="006E1FE6">
        <w:rPr>
          <w:b/>
          <w:bCs/>
          <w:color w:val="4F81BD" w:themeColor="accent1"/>
          <w:lang w:val="en-GB"/>
        </w:rPr>
        <w:t>ot sure</w:t>
      </w:r>
      <w:r w:rsidR="004825B4" w:rsidRPr="006E1FE6">
        <w:rPr>
          <w:lang w:val="en-GB"/>
        </w:rPr>
        <w:tab/>
      </w:r>
      <w:sdt>
        <w:sdtPr>
          <w:rPr>
            <w:rFonts w:ascii="Segoe UI Symbol" w:eastAsia="MS Gothic" w:hAnsi="Segoe UI Symbol" w:cs="Segoe UI Symbol"/>
            <w:b/>
            <w:bCs/>
            <w:color w:val="4F81BD" w:themeColor="accent1"/>
            <w:lang w:val="en-GB"/>
          </w:rPr>
          <w:id w:val="184621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</w:p>
    <w:p w14:paraId="49D46B0F" w14:textId="77777777" w:rsidR="00104595" w:rsidRPr="006E1FE6" w:rsidRDefault="00104595" w:rsidP="00613C6A">
      <w:pPr>
        <w:pStyle w:val="Loendilik"/>
        <w:spacing w:before="0" w:line="276" w:lineRule="auto"/>
        <w:ind w:left="426" w:hanging="426"/>
        <w:rPr>
          <w:b/>
          <w:bCs/>
          <w:szCs w:val="24"/>
          <w:lang w:val="en-GB"/>
        </w:rPr>
      </w:pPr>
    </w:p>
    <w:p w14:paraId="115D0438" w14:textId="3BE48D71" w:rsidR="00320212" w:rsidRPr="006E1FE6" w:rsidRDefault="00FC00E3" w:rsidP="00613C6A">
      <w:pPr>
        <w:pStyle w:val="Loendilik"/>
        <w:numPr>
          <w:ilvl w:val="1"/>
          <w:numId w:val="12"/>
        </w:numPr>
        <w:spacing w:before="0" w:line="276" w:lineRule="auto"/>
        <w:ind w:left="426" w:hanging="426"/>
        <w:rPr>
          <w:b/>
          <w:bCs/>
          <w:lang w:val="en-GB"/>
        </w:rPr>
      </w:pPr>
      <w:r w:rsidRPr="006E1FE6">
        <w:rPr>
          <w:b/>
          <w:bCs/>
          <w:lang w:val="en-GB"/>
        </w:rPr>
        <w:t xml:space="preserve">Would you be willing to </w:t>
      </w:r>
      <w:r w:rsidR="00E46425" w:rsidRPr="006E1FE6">
        <w:rPr>
          <w:b/>
          <w:bCs/>
          <w:lang w:val="en-GB"/>
        </w:rPr>
        <w:t xml:space="preserve">submit a formal complaint in your own name? </w:t>
      </w:r>
      <w:r w:rsidR="00E46425" w:rsidRPr="006E1FE6">
        <w:rPr>
          <w:lang w:val="en-GB"/>
        </w:rPr>
        <w:br/>
      </w:r>
      <w:r w:rsidR="00E46425" w:rsidRPr="006E1FE6">
        <w:rPr>
          <w:i/>
          <w:iCs/>
          <w:lang w:val="en-GB"/>
        </w:rPr>
        <w:t>(Submitting a formal complaint means that your identity will be disclosed to the parties involved in the process; this may lead to further proceedings, communication with other parties, and potential emotional strain, for which additional support can be provided</w:t>
      </w:r>
      <w:r w:rsidR="28E88A02" w:rsidRPr="006E1FE6">
        <w:rPr>
          <w:i/>
          <w:iCs/>
          <w:lang w:val="en-GB"/>
        </w:rPr>
        <w:t>,</w:t>
      </w:r>
      <w:r w:rsidR="00E46425" w:rsidRPr="006E1FE6">
        <w:rPr>
          <w:i/>
          <w:iCs/>
          <w:lang w:val="en-GB"/>
        </w:rPr>
        <w:t xml:space="preserve"> if needed.)</w:t>
      </w:r>
    </w:p>
    <w:p w14:paraId="0224C0DB" w14:textId="508F558F" w:rsidR="009F5C4C" w:rsidRPr="006E1FE6" w:rsidRDefault="431FA399" w:rsidP="00613C6A">
      <w:pPr>
        <w:spacing w:before="0" w:line="276" w:lineRule="auto"/>
        <w:ind w:left="426"/>
        <w:rPr>
          <w:b/>
          <w:bCs/>
          <w:color w:val="4F81BD" w:themeColor="accent1"/>
          <w:lang w:val="en-GB"/>
        </w:rPr>
      </w:pPr>
      <w:r w:rsidRPr="006E1FE6">
        <w:rPr>
          <w:b/>
          <w:bCs/>
          <w:color w:val="4F81BD" w:themeColor="accent1"/>
          <w:lang w:val="en-GB"/>
        </w:rPr>
        <w:t>Y</w:t>
      </w:r>
      <w:r w:rsidR="00E46425" w:rsidRPr="006E1FE6">
        <w:rPr>
          <w:b/>
          <w:bCs/>
          <w:color w:val="4F81BD" w:themeColor="accent1"/>
          <w:lang w:val="en-GB"/>
        </w:rPr>
        <w:t>es</w:t>
      </w:r>
      <w:r w:rsidR="00E46425" w:rsidRPr="006E1FE6">
        <w:rPr>
          <w:lang w:val="en-GB"/>
        </w:rPr>
        <w:tab/>
      </w:r>
      <w:sdt>
        <w:sdtPr>
          <w:rPr>
            <w:b/>
            <w:bCs/>
            <w:color w:val="4F81BD" w:themeColor="accent1"/>
            <w:lang w:val="en-GB"/>
          </w:rPr>
          <w:id w:val="-190992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  <w:r w:rsidR="00E46425" w:rsidRPr="006E1FE6">
        <w:rPr>
          <w:lang w:val="en-GB"/>
        </w:rPr>
        <w:tab/>
      </w:r>
      <w:r w:rsidR="00E46425" w:rsidRPr="006E1FE6">
        <w:rPr>
          <w:lang w:val="en-GB"/>
        </w:rPr>
        <w:tab/>
      </w:r>
      <w:r w:rsidR="1C2D4C5C" w:rsidRPr="006E1FE6">
        <w:rPr>
          <w:b/>
          <w:bCs/>
          <w:color w:val="4F81BD" w:themeColor="accent1"/>
          <w:lang w:val="en-GB"/>
        </w:rPr>
        <w:t>N</w:t>
      </w:r>
      <w:r w:rsidR="00E46425" w:rsidRPr="006E1FE6">
        <w:rPr>
          <w:b/>
          <w:bCs/>
          <w:color w:val="4F81BD" w:themeColor="accent1"/>
          <w:lang w:val="en-GB"/>
        </w:rPr>
        <w:t>o</w:t>
      </w:r>
      <w:r w:rsidR="00E46425" w:rsidRPr="006E1FE6">
        <w:rPr>
          <w:lang w:val="en-GB"/>
        </w:rPr>
        <w:tab/>
      </w:r>
      <w:sdt>
        <w:sdtPr>
          <w:rPr>
            <w:b/>
            <w:bCs/>
            <w:color w:val="4F81BD" w:themeColor="accent1"/>
            <w:lang w:val="en-GB"/>
          </w:rPr>
          <w:id w:val="-1330824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  <w:r w:rsidR="00E46425" w:rsidRPr="006E1FE6">
        <w:rPr>
          <w:lang w:val="en-GB"/>
        </w:rPr>
        <w:tab/>
      </w:r>
      <w:r w:rsidR="00E46425" w:rsidRPr="006E1FE6">
        <w:rPr>
          <w:lang w:val="en-GB"/>
        </w:rPr>
        <w:tab/>
      </w:r>
      <w:r w:rsidR="535A1F01" w:rsidRPr="006E1FE6">
        <w:rPr>
          <w:b/>
          <w:bCs/>
          <w:color w:val="4F81BD" w:themeColor="accent1"/>
          <w:lang w:val="en-GB"/>
        </w:rPr>
        <w:t>N</w:t>
      </w:r>
      <w:r w:rsidR="00E46425" w:rsidRPr="006E1FE6">
        <w:rPr>
          <w:b/>
          <w:bCs/>
          <w:color w:val="4F81BD" w:themeColor="accent1"/>
          <w:lang w:val="en-GB"/>
        </w:rPr>
        <w:t>ot sure</w:t>
      </w:r>
      <w:r w:rsidR="00E46425" w:rsidRPr="006E1FE6">
        <w:rPr>
          <w:lang w:val="en-GB"/>
        </w:rPr>
        <w:tab/>
      </w:r>
      <w:r w:rsidR="00C72570" w:rsidRPr="006E1FE6">
        <w:rPr>
          <w:b/>
          <w:bCs/>
          <w:color w:val="4F81BD" w:themeColor="accent1"/>
          <w:lang w:val="en-GB"/>
        </w:rPr>
        <w:t xml:space="preserve"> </w:t>
      </w:r>
      <w:sdt>
        <w:sdtPr>
          <w:rPr>
            <w:b/>
            <w:bCs/>
            <w:color w:val="4F81BD" w:themeColor="accent1"/>
            <w:lang w:val="en-GB"/>
          </w:rPr>
          <w:id w:val="-74671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6E1FE6">
            <w:rPr>
              <w:rFonts w:ascii="Segoe UI Symbol" w:eastAsia="MS Gothic" w:hAnsi="Segoe UI Symbol" w:cs="Segoe UI Symbol"/>
              <w:b/>
              <w:bCs/>
              <w:color w:val="4F81BD" w:themeColor="accent1"/>
              <w:lang w:val="en-GB"/>
            </w:rPr>
            <w:t>☐</w:t>
          </w:r>
        </w:sdtContent>
      </w:sdt>
    </w:p>
    <w:p w14:paraId="4720ACAC" w14:textId="3B3E30B6" w:rsidR="00003A35" w:rsidRPr="006E1FE6" w:rsidRDefault="08C75156" w:rsidP="00D0647D">
      <w:pPr>
        <w:pStyle w:val="Pealkiri2"/>
        <w:numPr>
          <w:ilvl w:val="0"/>
          <w:numId w:val="12"/>
        </w:numPr>
        <w:spacing w:before="0" w:line="276" w:lineRule="auto"/>
        <w:rPr>
          <w:rStyle w:val="Pealkiri2Mrk"/>
          <w:b/>
          <w:bCs/>
          <w:caps/>
          <w:sz w:val="24"/>
          <w:szCs w:val="24"/>
          <w:shd w:val="clear" w:color="auto" w:fill="auto"/>
          <w:lang w:val="en-GB"/>
        </w:rPr>
      </w:pPr>
      <w:r w:rsidRPr="006E1FE6">
        <w:rPr>
          <w:rStyle w:val="Pealkiri2Mrk"/>
          <w:b/>
          <w:bCs/>
          <w:spacing w:val="0"/>
          <w:sz w:val="24"/>
          <w:szCs w:val="24"/>
          <w:shd w:val="clear" w:color="auto" w:fill="auto"/>
          <w:lang w:val="en-GB"/>
        </w:rPr>
        <w:t xml:space="preserve">Overview and </w:t>
      </w:r>
      <w:r w:rsidR="00003A35" w:rsidRPr="006E1FE6">
        <w:rPr>
          <w:rStyle w:val="Pealkiri2Mrk"/>
          <w:b/>
          <w:bCs/>
          <w:sz w:val="24"/>
          <w:szCs w:val="24"/>
          <w:lang w:val="en-GB"/>
        </w:rPr>
        <w:t xml:space="preserve">ADDITIONAL </w:t>
      </w:r>
      <w:r w:rsidR="000F17CB" w:rsidRPr="006E1FE6">
        <w:rPr>
          <w:sz w:val="24"/>
          <w:szCs w:val="24"/>
          <w:lang w:val="en-GB"/>
        </w:rPr>
        <w:t>NOTES</w:t>
      </w:r>
    </w:p>
    <w:p w14:paraId="4F7A68B2" w14:textId="67C59B9C" w:rsidR="00D5757C" w:rsidRPr="006E1FE6" w:rsidRDefault="50AAD7AE" w:rsidP="45190C69">
      <w:pPr>
        <w:spacing w:before="0" w:line="276" w:lineRule="auto"/>
        <w:rPr>
          <w:i/>
          <w:iCs/>
          <w:lang w:val="en-GB"/>
        </w:rPr>
      </w:pPr>
      <w:r w:rsidRPr="006E1FE6">
        <w:rPr>
          <w:i/>
          <w:iCs/>
          <w:lang w:val="en-GB"/>
        </w:rPr>
        <w:t>Please provide a</w:t>
      </w:r>
      <w:r w:rsidR="00D5757C" w:rsidRPr="006E1FE6">
        <w:rPr>
          <w:i/>
          <w:iCs/>
          <w:lang w:val="en-GB"/>
        </w:rPr>
        <w:t xml:space="preserve">ny other information </w:t>
      </w:r>
      <w:r w:rsidR="2D81D251" w:rsidRPr="006E1FE6">
        <w:rPr>
          <w:i/>
          <w:iCs/>
          <w:lang w:val="en-GB"/>
        </w:rPr>
        <w:t>relevant</w:t>
      </w:r>
      <w:r w:rsidR="00D5757C" w:rsidRPr="006E1FE6">
        <w:rPr>
          <w:i/>
          <w:iCs/>
          <w:lang w:val="en-GB"/>
        </w:rPr>
        <w:t xml:space="preserve"> to understand</w:t>
      </w:r>
      <w:r w:rsidR="5AA59558" w:rsidRPr="006E1FE6">
        <w:rPr>
          <w:i/>
          <w:iCs/>
          <w:lang w:val="en-GB"/>
        </w:rPr>
        <w:t>ing</w:t>
      </w:r>
      <w:r w:rsidR="00D5757C" w:rsidRPr="006E1FE6">
        <w:rPr>
          <w:i/>
          <w:iCs/>
          <w:lang w:val="en-GB"/>
        </w:rPr>
        <w:t xml:space="preserve"> the situation</w:t>
      </w:r>
      <w:r w:rsidR="00DE48B0" w:rsidRPr="006E1FE6">
        <w:rPr>
          <w:i/>
          <w:iCs/>
          <w:lang w:val="en-GB"/>
        </w:rPr>
        <w:t xml:space="preserve">, </w:t>
      </w:r>
      <w:r w:rsidR="080331FF" w:rsidRPr="006E1FE6">
        <w:rPr>
          <w:i/>
          <w:iCs/>
          <w:lang w:val="en-GB"/>
        </w:rPr>
        <w:t xml:space="preserve">including the </w:t>
      </w:r>
      <w:r w:rsidR="00DE48B0" w:rsidRPr="006E1FE6">
        <w:rPr>
          <w:i/>
          <w:iCs/>
          <w:lang w:val="en-GB"/>
        </w:rPr>
        <w:t>timeline and context of the event(s)</w:t>
      </w:r>
      <w:r w:rsidR="4DD7F603" w:rsidRPr="006E1FE6">
        <w:rPr>
          <w:i/>
          <w:iCs/>
          <w:lang w:val="en-GB"/>
        </w:rPr>
        <w:t xml:space="preserve"> or further actions agreed upon during the meeting.</w:t>
      </w:r>
      <w:r w:rsidR="136359D5" w:rsidRPr="006E1FE6">
        <w:rPr>
          <w:i/>
          <w:iCs/>
          <w:lang w:val="en-GB"/>
        </w:rPr>
        <w:t xml:space="preserve"> </w:t>
      </w:r>
    </w:p>
    <w:p w14:paraId="407A4A42" w14:textId="36FDBF57" w:rsidR="00C72570" w:rsidRPr="006E1FE6" w:rsidRDefault="006F1648" w:rsidP="00D0647D">
      <w:pPr>
        <w:spacing w:before="0" w:line="276" w:lineRule="auto"/>
        <w:rPr>
          <w:lang w:val="en-GB"/>
        </w:rPr>
      </w:pPr>
      <w:sdt>
        <w:sdtPr>
          <w:rPr>
            <w:rStyle w:val="Laad1"/>
            <w:lang w:val="en-GB"/>
          </w:rPr>
          <w:tag w:val="Click or tap here to enter text."/>
          <w:id w:val="299042731"/>
          <w:placeholder>
            <w:docPart w:val="B76FCD9C7F9A4E379EE306EFB74023CC"/>
          </w:placeholder>
          <w:showingPlcHdr/>
          <w15:color w:val="99CCFF"/>
        </w:sdtPr>
        <w:sdtEndPr>
          <w:rPr>
            <w:rStyle w:val="Liguvaikefont"/>
            <w:i w:val="0"/>
            <w:color w:val="auto"/>
          </w:rPr>
        </w:sdtEndPr>
        <w:sdtContent>
          <w:r w:rsidR="00CD05F3" w:rsidRPr="006E1FE6">
            <w:rPr>
              <w:i/>
              <w:iCs/>
              <w:color w:val="4F81BD" w:themeColor="accent1"/>
              <w:szCs w:val="24"/>
              <w:lang w:val="en-GB"/>
            </w:rPr>
            <w:t>Click here to enter text.</w:t>
          </w:r>
        </w:sdtContent>
      </w:sdt>
    </w:p>
    <w:p w14:paraId="464C9C64" w14:textId="5EAC2A1F" w:rsidR="0003365F" w:rsidRPr="006E1FE6" w:rsidRDefault="00E63483" w:rsidP="00D0647D">
      <w:pPr>
        <w:spacing w:before="0" w:line="276" w:lineRule="auto"/>
        <w:rPr>
          <w:i/>
          <w:iCs/>
          <w:szCs w:val="24"/>
          <w:lang w:val="en-GB"/>
        </w:rPr>
      </w:pPr>
      <w:proofErr w:type="gramStart"/>
      <w:r w:rsidRPr="006E1FE6">
        <w:rPr>
          <w:szCs w:val="24"/>
          <w:lang w:val="en-GB"/>
        </w:rPr>
        <w:t>Signature:_</w:t>
      </w:r>
      <w:proofErr w:type="gramEnd"/>
      <w:r w:rsidRPr="006E1FE6">
        <w:rPr>
          <w:szCs w:val="24"/>
          <w:lang w:val="en-GB"/>
        </w:rPr>
        <w:t xml:space="preserve">____________________ or </w:t>
      </w:r>
      <w:sdt>
        <w:sdtPr>
          <w:rPr>
            <w:b/>
            <w:bCs/>
            <w:color w:val="4F81BD" w:themeColor="accent1"/>
            <w:sz w:val="28"/>
            <w:szCs w:val="28"/>
            <w:lang w:val="en-GB"/>
          </w:rPr>
          <w:id w:val="-985699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1FE6">
            <w:rPr>
              <w:rFonts w:ascii="MS Gothic" w:eastAsia="MS Gothic" w:hAnsi="MS Gothic"/>
              <w:b/>
              <w:bCs/>
              <w:color w:val="4F81BD" w:themeColor="accent1"/>
              <w:sz w:val="28"/>
              <w:szCs w:val="28"/>
              <w:lang w:val="en-GB"/>
            </w:rPr>
            <w:t>☐</w:t>
          </w:r>
        </w:sdtContent>
      </w:sdt>
      <w:r w:rsidR="00CD05F3" w:rsidRPr="006E1FE6">
        <w:rPr>
          <w:i/>
          <w:iCs/>
          <w:szCs w:val="24"/>
          <w:lang w:val="en-GB"/>
        </w:rPr>
        <w:t xml:space="preserve"> </w:t>
      </w:r>
      <w:r w:rsidR="0003365F" w:rsidRPr="006E1FE6">
        <w:rPr>
          <w:i/>
          <w:iCs/>
          <w:szCs w:val="24"/>
          <w:lang w:val="en-GB"/>
        </w:rPr>
        <w:t>digitally signed</w:t>
      </w:r>
    </w:p>
    <w:sectPr w:rsidR="0003365F" w:rsidRPr="006E1FE6" w:rsidSect="00182C40">
      <w:headerReference w:type="default" r:id="rId11"/>
      <w:footerReference w:type="default" r:id="rId12"/>
      <w:pgSz w:w="12240" w:h="15840"/>
      <w:pgMar w:top="851" w:right="900" w:bottom="1135" w:left="851" w:header="426" w:footer="3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FA0C" w14:textId="77777777" w:rsidR="006F1648" w:rsidRDefault="006F1648" w:rsidP="00D97673">
      <w:pPr>
        <w:spacing w:before="0" w:after="0"/>
      </w:pPr>
      <w:r>
        <w:separator/>
      </w:r>
    </w:p>
  </w:endnote>
  <w:endnote w:type="continuationSeparator" w:id="0">
    <w:p w14:paraId="3A7B136E" w14:textId="77777777" w:rsidR="006F1648" w:rsidRDefault="006F1648" w:rsidP="00D976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030877"/>
      <w:docPartObj>
        <w:docPartGallery w:val="Page Numbers (Bottom of Page)"/>
        <w:docPartUnique/>
      </w:docPartObj>
    </w:sdtPr>
    <w:sdtEndPr/>
    <w:sdtContent>
      <w:p w14:paraId="0F13CA54" w14:textId="7ABF1933" w:rsidR="00D97673" w:rsidRDefault="00D97673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t-EE"/>
          </w:rPr>
          <w:t>2</w:t>
        </w:r>
        <w:r>
          <w:fldChar w:fldCharType="end"/>
        </w:r>
      </w:p>
    </w:sdtContent>
  </w:sdt>
  <w:p w14:paraId="4AE08051" w14:textId="77777777" w:rsidR="00D97673" w:rsidRDefault="00D97673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A8E42" w14:textId="77777777" w:rsidR="006F1648" w:rsidRDefault="006F1648" w:rsidP="00D97673">
      <w:pPr>
        <w:spacing w:before="0" w:after="0"/>
      </w:pPr>
      <w:r>
        <w:separator/>
      </w:r>
    </w:p>
  </w:footnote>
  <w:footnote w:type="continuationSeparator" w:id="0">
    <w:p w14:paraId="63F932FD" w14:textId="77777777" w:rsidR="006F1648" w:rsidRDefault="006F1648" w:rsidP="00D9767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43DE" w14:textId="4FBC07CA" w:rsidR="007367B7" w:rsidRPr="009F2BF2" w:rsidRDefault="009F2BF2" w:rsidP="007367B7">
    <w:pPr>
      <w:pStyle w:val="Pealkiri"/>
      <w:spacing w:line="276" w:lineRule="auto"/>
      <w:rPr>
        <w:sz w:val="32"/>
        <w:szCs w:val="32"/>
        <w:lang w:val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A97C859" wp14:editId="48435527">
          <wp:simplePos x="0" y="0"/>
          <wp:positionH relativeFrom="margin">
            <wp:align>right</wp:align>
          </wp:positionH>
          <wp:positionV relativeFrom="paragraph">
            <wp:posOffset>6382</wp:posOffset>
          </wp:positionV>
          <wp:extent cx="2437747" cy="334673"/>
          <wp:effectExtent l="0" t="0" r="1270" b="8255"/>
          <wp:wrapTight wrapText="bothSides">
            <wp:wrapPolygon edited="0">
              <wp:start x="169" y="0"/>
              <wp:lineTo x="0" y="1230"/>
              <wp:lineTo x="0" y="17214"/>
              <wp:lineTo x="169" y="20903"/>
              <wp:lineTo x="1520" y="20903"/>
              <wp:lineTo x="21442" y="15985"/>
              <wp:lineTo x="21442" y="4918"/>
              <wp:lineTo x="1520" y="0"/>
              <wp:lineTo x="169" y="0"/>
            </wp:wrapPolygon>
          </wp:wrapTight>
          <wp:docPr id="1484288216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040366" name="Pilt 175404036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747" cy="334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67B7" w:rsidRPr="009F2BF2">
      <w:rPr>
        <w:sz w:val="32"/>
        <w:szCs w:val="32"/>
        <w:lang w:val="en-GB"/>
      </w:rPr>
      <w:t>CASE SUMMARY for the equality officer</w:t>
    </w:r>
  </w:p>
  <w:p w14:paraId="508A2951" w14:textId="3F20FFBC" w:rsidR="006877C7" w:rsidRDefault="009F2BF2" w:rsidP="006877C7">
    <w:pPr>
      <w:pStyle w:val="Pis"/>
      <w:jc w:val="right"/>
    </w:pPr>
    <w:r>
      <w:rPr>
        <w:i/>
        <w:iCs/>
        <w:color w:val="808080" w:themeColor="background1" w:themeShade="80"/>
      </w:rPr>
      <w:br/>
    </w:r>
    <w:r>
      <w:rPr>
        <w:i/>
        <w:iCs/>
        <w:color w:val="808080" w:themeColor="background1" w:themeShade="80"/>
      </w:rPr>
      <w:br/>
    </w:r>
    <w:r w:rsidR="005C2FC9" w:rsidRPr="005C2FC9">
      <w:rPr>
        <w:i/>
        <w:iCs/>
        <w:color w:val="808080" w:themeColor="background1" w:themeShade="80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0B0AFA"/>
    <w:multiLevelType w:val="multilevel"/>
    <w:tmpl w:val="7592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FC2BAA"/>
    <w:multiLevelType w:val="multilevel"/>
    <w:tmpl w:val="00C86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413990"/>
    <w:multiLevelType w:val="multilevel"/>
    <w:tmpl w:val="29FAA9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BE4DE2"/>
    <w:multiLevelType w:val="multilevel"/>
    <w:tmpl w:val="6FCEA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0E435E4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20F0918"/>
    <w:multiLevelType w:val="multilevel"/>
    <w:tmpl w:val="2DB27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CAE6D2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EA54448"/>
    <w:multiLevelType w:val="multilevel"/>
    <w:tmpl w:val="5C825B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7ED6CA6"/>
    <w:multiLevelType w:val="hybridMultilevel"/>
    <w:tmpl w:val="C9A417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D36A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BB87AC5"/>
    <w:multiLevelType w:val="multilevel"/>
    <w:tmpl w:val="54D2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E62EC"/>
    <w:multiLevelType w:val="multilevel"/>
    <w:tmpl w:val="41C8F8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</w:rPr>
    </w:lvl>
  </w:abstractNum>
  <w:abstractNum w:abstractNumId="21" w15:restartNumberingAfterBreak="0">
    <w:nsid w:val="41EC2F8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2" w15:restartNumberingAfterBreak="0">
    <w:nsid w:val="42F6101D"/>
    <w:multiLevelType w:val="hybridMultilevel"/>
    <w:tmpl w:val="500A072A"/>
    <w:lvl w:ilvl="0" w:tplc="35566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9736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FD615EC"/>
    <w:multiLevelType w:val="hybridMultilevel"/>
    <w:tmpl w:val="66320D98"/>
    <w:lvl w:ilvl="0" w:tplc="D61A2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10689"/>
    <w:multiLevelType w:val="multilevel"/>
    <w:tmpl w:val="B39E3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164CC9"/>
    <w:multiLevelType w:val="hybridMultilevel"/>
    <w:tmpl w:val="EA0A36F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C74C35"/>
    <w:multiLevelType w:val="multilevel"/>
    <w:tmpl w:val="251AC3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0F251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FAE375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0342E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3E14B7"/>
    <w:multiLevelType w:val="multilevel"/>
    <w:tmpl w:val="D5BE94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75CF6A2C"/>
    <w:multiLevelType w:val="multilevel"/>
    <w:tmpl w:val="EB2C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007692">
    <w:abstractNumId w:val="8"/>
  </w:num>
  <w:num w:numId="2" w16cid:durableId="1533107529">
    <w:abstractNumId w:val="6"/>
  </w:num>
  <w:num w:numId="3" w16cid:durableId="1930917897">
    <w:abstractNumId w:val="5"/>
  </w:num>
  <w:num w:numId="4" w16cid:durableId="2047758444">
    <w:abstractNumId w:val="4"/>
  </w:num>
  <w:num w:numId="5" w16cid:durableId="792528525">
    <w:abstractNumId w:val="7"/>
  </w:num>
  <w:num w:numId="6" w16cid:durableId="1253469151">
    <w:abstractNumId w:val="3"/>
  </w:num>
  <w:num w:numId="7" w16cid:durableId="220557113">
    <w:abstractNumId w:val="2"/>
  </w:num>
  <w:num w:numId="8" w16cid:durableId="1719549603">
    <w:abstractNumId w:val="1"/>
  </w:num>
  <w:num w:numId="9" w16cid:durableId="829370199">
    <w:abstractNumId w:val="0"/>
  </w:num>
  <w:num w:numId="10" w16cid:durableId="1101099053">
    <w:abstractNumId w:val="21"/>
  </w:num>
  <w:num w:numId="11" w16cid:durableId="967785400">
    <w:abstractNumId w:val="26"/>
  </w:num>
  <w:num w:numId="12" w16cid:durableId="991519562">
    <w:abstractNumId w:val="25"/>
  </w:num>
  <w:num w:numId="13" w16cid:durableId="1790585024">
    <w:abstractNumId w:val="19"/>
  </w:num>
  <w:num w:numId="14" w16cid:durableId="197544692">
    <w:abstractNumId w:val="22"/>
  </w:num>
  <w:num w:numId="15" w16cid:durableId="230503749">
    <w:abstractNumId w:val="24"/>
  </w:num>
  <w:num w:numId="16" w16cid:durableId="355036992">
    <w:abstractNumId w:val="9"/>
  </w:num>
  <w:num w:numId="17" w16cid:durableId="278336127">
    <w:abstractNumId w:val="32"/>
  </w:num>
  <w:num w:numId="18" w16cid:durableId="141123576">
    <w:abstractNumId w:val="10"/>
  </w:num>
  <w:num w:numId="19" w16cid:durableId="431828477">
    <w:abstractNumId w:val="11"/>
  </w:num>
  <w:num w:numId="20" w16cid:durableId="126242981">
    <w:abstractNumId w:val="31"/>
  </w:num>
  <w:num w:numId="21" w16cid:durableId="389619687">
    <w:abstractNumId w:val="17"/>
  </w:num>
  <w:num w:numId="22" w16cid:durableId="24067950">
    <w:abstractNumId w:val="13"/>
  </w:num>
  <w:num w:numId="23" w16cid:durableId="1772774397">
    <w:abstractNumId w:val="12"/>
  </w:num>
  <w:num w:numId="24" w16cid:durableId="1762985479">
    <w:abstractNumId w:val="30"/>
  </w:num>
  <w:num w:numId="25" w16cid:durableId="1048534997">
    <w:abstractNumId w:val="20"/>
  </w:num>
  <w:num w:numId="26" w16cid:durableId="930890852">
    <w:abstractNumId w:val="29"/>
  </w:num>
  <w:num w:numId="27" w16cid:durableId="212818172">
    <w:abstractNumId w:val="14"/>
  </w:num>
  <w:num w:numId="28" w16cid:durableId="304772921">
    <w:abstractNumId w:val="16"/>
  </w:num>
  <w:num w:numId="29" w16cid:durableId="528875682">
    <w:abstractNumId w:val="28"/>
  </w:num>
  <w:num w:numId="30" w16cid:durableId="85149981">
    <w:abstractNumId w:val="27"/>
  </w:num>
  <w:num w:numId="31" w16cid:durableId="366226224">
    <w:abstractNumId w:val="15"/>
  </w:num>
  <w:num w:numId="32" w16cid:durableId="11882445">
    <w:abstractNumId w:val="18"/>
  </w:num>
  <w:num w:numId="33" w16cid:durableId="3714216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EA"/>
    <w:rsid w:val="00003A35"/>
    <w:rsid w:val="0003137A"/>
    <w:rsid w:val="0003365F"/>
    <w:rsid w:val="00034616"/>
    <w:rsid w:val="00045F3D"/>
    <w:rsid w:val="00050815"/>
    <w:rsid w:val="00055C7D"/>
    <w:rsid w:val="0005712A"/>
    <w:rsid w:val="0006063C"/>
    <w:rsid w:val="0006549F"/>
    <w:rsid w:val="00087A1E"/>
    <w:rsid w:val="000953B3"/>
    <w:rsid w:val="000A7210"/>
    <w:rsid w:val="000C0064"/>
    <w:rsid w:val="000D77A6"/>
    <w:rsid w:val="000F17CB"/>
    <w:rsid w:val="00104595"/>
    <w:rsid w:val="0012160B"/>
    <w:rsid w:val="001229B5"/>
    <w:rsid w:val="001365D7"/>
    <w:rsid w:val="00137F4E"/>
    <w:rsid w:val="00146593"/>
    <w:rsid w:val="001503B1"/>
    <w:rsid w:val="0015074B"/>
    <w:rsid w:val="001507DF"/>
    <w:rsid w:val="00164C5B"/>
    <w:rsid w:val="0016739A"/>
    <w:rsid w:val="0017426D"/>
    <w:rsid w:val="00182C40"/>
    <w:rsid w:val="001A4F1E"/>
    <w:rsid w:val="001B7CBD"/>
    <w:rsid w:val="001C48B7"/>
    <w:rsid w:val="001D3D8B"/>
    <w:rsid w:val="001E11F5"/>
    <w:rsid w:val="00201114"/>
    <w:rsid w:val="00211F1D"/>
    <w:rsid w:val="00215251"/>
    <w:rsid w:val="0022186C"/>
    <w:rsid w:val="00222799"/>
    <w:rsid w:val="002272BB"/>
    <w:rsid w:val="00244BF1"/>
    <w:rsid w:val="0029639D"/>
    <w:rsid w:val="002A464D"/>
    <w:rsid w:val="002A60BB"/>
    <w:rsid w:val="002C49F6"/>
    <w:rsid w:val="002F4618"/>
    <w:rsid w:val="00316CF0"/>
    <w:rsid w:val="00320212"/>
    <w:rsid w:val="00326F90"/>
    <w:rsid w:val="003315AA"/>
    <w:rsid w:val="00333B27"/>
    <w:rsid w:val="0033535F"/>
    <w:rsid w:val="00335C39"/>
    <w:rsid w:val="00336096"/>
    <w:rsid w:val="00344FE4"/>
    <w:rsid w:val="00363CC8"/>
    <w:rsid w:val="00364CB1"/>
    <w:rsid w:val="00375316"/>
    <w:rsid w:val="00375AC3"/>
    <w:rsid w:val="00377577"/>
    <w:rsid w:val="00393FA6"/>
    <w:rsid w:val="003A29BC"/>
    <w:rsid w:val="003A3847"/>
    <w:rsid w:val="003E13F6"/>
    <w:rsid w:val="003E7075"/>
    <w:rsid w:val="003F5519"/>
    <w:rsid w:val="004057CC"/>
    <w:rsid w:val="00411CD1"/>
    <w:rsid w:val="004405B3"/>
    <w:rsid w:val="004419C3"/>
    <w:rsid w:val="004432C7"/>
    <w:rsid w:val="00447251"/>
    <w:rsid w:val="004527BC"/>
    <w:rsid w:val="00480A69"/>
    <w:rsid w:val="004825B4"/>
    <w:rsid w:val="00482CEC"/>
    <w:rsid w:val="004946CF"/>
    <w:rsid w:val="004954FE"/>
    <w:rsid w:val="004B6DF4"/>
    <w:rsid w:val="004C4C0B"/>
    <w:rsid w:val="004C4D71"/>
    <w:rsid w:val="004C5736"/>
    <w:rsid w:val="004D457F"/>
    <w:rsid w:val="004E7741"/>
    <w:rsid w:val="00512FB7"/>
    <w:rsid w:val="005149F1"/>
    <w:rsid w:val="00535B9B"/>
    <w:rsid w:val="005378F3"/>
    <w:rsid w:val="00546BFE"/>
    <w:rsid w:val="00566854"/>
    <w:rsid w:val="00567CC3"/>
    <w:rsid w:val="00575AA4"/>
    <w:rsid w:val="005818E7"/>
    <w:rsid w:val="00583164"/>
    <w:rsid w:val="00596AEB"/>
    <w:rsid w:val="005A04D4"/>
    <w:rsid w:val="005A3F02"/>
    <w:rsid w:val="005B783A"/>
    <w:rsid w:val="005C2FC9"/>
    <w:rsid w:val="005C73D0"/>
    <w:rsid w:val="005E54F0"/>
    <w:rsid w:val="005E63CE"/>
    <w:rsid w:val="005E7281"/>
    <w:rsid w:val="005F160D"/>
    <w:rsid w:val="005F5759"/>
    <w:rsid w:val="006054BD"/>
    <w:rsid w:val="006136CC"/>
    <w:rsid w:val="00613C6A"/>
    <w:rsid w:val="00614795"/>
    <w:rsid w:val="00623FC7"/>
    <w:rsid w:val="00632267"/>
    <w:rsid w:val="00640D55"/>
    <w:rsid w:val="006460FB"/>
    <w:rsid w:val="0066029B"/>
    <w:rsid w:val="00661650"/>
    <w:rsid w:val="00666EB4"/>
    <w:rsid w:val="00670956"/>
    <w:rsid w:val="00680281"/>
    <w:rsid w:val="006877C7"/>
    <w:rsid w:val="0069168D"/>
    <w:rsid w:val="006A377B"/>
    <w:rsid w:val="006C1644"/>
    <w:rsid w:val="006E1FE6"/>
    <w:rsid w:val="006F1648"/>
    <w:rsid w:val="006F327E"/>
    <w:rsid w:val="006F52CA"/>
    <w:rsid w:val="006F5D3A"/>
    <w:rsid w:val="00700893"/>
    <w:rsid w:val="00707582"/>
    <w:rsid w:val="007076AA"/>
    <w:rsid w:val="0071742E"/>
    <w:rsid w:val="00735A1F"/>
    <w:rsid w:val="00735E37"/>
    <w:rsid w:val="007367B7"/>
    <w:rsid w:val="0073742A"/>
    <w:rsid w:val="007625FC"/>
    <w:rsid w:val="00770A91"/>
    <w:rsid w:val="0078125D"/>
    <w:rsid w:val="00783F94"/>
    <w:rsid w:val="007A05EE"/>
    <w:rsid w:val="007B4A60"/>
    <w:rsid w:val="007B6138"/>
    <w:rsid w:val="007C0519"/>
    <w:rsid w:val="007C611C"/>
    <w:rsid w:val="007C6371"/>
    <w:rsid w:val="007D03C3"/>
    <w:rsid w:val="007E1FCA"/>
    <w:rsid w:val="007E51D3"/>
    <w:rsid w:val="00802873"/>
    <w:rsid w:val="00807A7D"/>
    <w:rsid w:val="00816092"/>
    <w:rsid w:val="0083548D"/>
    <w:rsid w:val="008701D6"/>
    <w:rsid w:val="00873B70"/>
    <w:rsid w:val="00874D20"/>
    <w:rsid w:val="008759D4"/>
    <w:rsid w:val="00875D34"/>
    <w:rsid w:val="00882835"/>
    <w:rsid w:val="00882899"/>
    <w:rsid w:val="008A160F"/>
    <w:rsid w:val="008B755C"/>
    <w:rsid w:val="008C3B8E"/>
    <w:rsid w:val="008E4C5B"/>
    <w:rsid w:val="008E5812"/>
    <w:rsid w:val="009071B9"/>
    <w:rsid w:val="00911AA2"/>
    <w:rsid w:val="00912BFD"/>
    <w:rsid w:val="00914F3B"/>
    <w:rsid w:val="00931908"/>
    <w:rsid w:val="009372C2"/>
    <w:rsid w:val="0094275E"/>
    <w:rsid w:val="00952629"/>
    <w:rsid w:val="00983B23"/>
    <w:rsid w:val="00984DBA"/>
    <w:rsid w:val="00995185"/>
    <w:rsid w:val="009B65CD"/>
    <w:rsid w:val="009C7F98"/>
    <w:rsid w:val="009E0093"/>
    <w:rsid w:val="009E34C2"/>
    <w:rsid w:val="009E3777"/>
    <w:rsid w:val="009F0B04"/>
    <w:rsid w:val="009F2BF2"/>
    <w:rsid w:val="009F5C4C"/>
    <w:rsid w:val="00A10C66"/>
    <w:rsid w:val="00A174CB"/>
    <w:rsid w:val="00A336B3"/>
    <w:rsid w:val="00A339B6"/>
    <w:rsid w:val="00A36442"/>
    <w:rsid w:val="00A44652"/>
    <w:rsid w:val="00A46FD5"/>
    <w:rsid w:val="00A55D14"/>
    <w:rsid w:val="00A6017D"/>
    <w:rsid w:val="00A67418"/>
    <w:rsid w:val="00A72B3C"/>
    <w:rsid w:val="00A779AC"/>
    <w:rsid w:val="00A952CC"/>
    <w:rsid w:val="00AA1D8D"/>
    <w:rsid w:val="00AB268E"/>
    <w:rsid w:val="00AB557F"/>
    <w:rsid w:val="00AC24FB"/>
    <w:rsid w:val="00AC6C45"/>
    <w:rsid w:val="00AF350A"/>
    <w:rsid w:val="00B449F1"/>
    <w:rsid w:val="00B47730"/>
    <w:rsid w:val="00B6008E"/>
    <w:rsid w:val="00B82583"/>
    <w:rsid w:val="00B9319B"/>
    <w:rsid w:val="00BA0D89"/>
    <w:rsid w:val="00BA7294"/>
    <w:rsid w:val="00BB47CF"/>
    <w:rsid w:val="00BB764B"/>
    <w:rsid w:val="00BC6E83"/>
    <w:rsid w:val="00BD2D27"/>
    <w:rsid w:val="00BF21DF"/>
    <w:rsid w:val="00BF254C"/>
    <w:rsid w:val="00C015E6"/>
    <w:rsid w:val="00C3371E"/>
    <w:rsid w:val="00C337FD"/>
    <w:rsid w:val="00C42C22"/>
    <w:rsid w:val="00C52E11"/>
    <w:rsid w:val="00C72570"/>
    <w:rsid w:val="00C76139"/>
    <w:rsid w:val="00C816DB"/>
    <w:rsid w:val="00C845EC"/>
    <w:rsid w:val="00CB0664"/>
    <w:rsid w:val="00CB3762"/>
    <w:rsid w:val="00CB38A2"/>
    <w:rsid w:val="00CB61B9"/>
    <w:rsid w:val="00CC2435"/>
    <w:rsid w:val="00CD05F3"/>
    <w:rsid w:val="00CF09C7"/>
    <w:rsid w:val="00CF66A7"/>
    <w:rsid w:val="00D018BE"/>
    <w:rsid w:val="00D0647D"/>
    <w:rsid w:val="00D25394"/>
    <w:rsid w:val="00D25CAA"/>
    <w:rsid w:val="00D33CC4"/>
    <w:rsid w:val="00D35718"/>
    <w:rsid w:val="00D45D53"/>
    <w:rsid w:val="00D54D2C"/>
    <w:rsid w:val="00D5757C"/>
    <w:rsid w:val="00D61AC5"/>
    <w:rsid w:val="00D718A0"/>
    <w:rsid w:val="00D877AD"/>
    <w:rsid w:val="00D9109C"/>
    <w:rsid w:val="00D97673"/>
    <w:rsid w:val="00DC1493"/>
    <w:rsid w:val="00DC2B96"/>
    <w:rsid w:val="00DC4172"/>
    <w:rsid w:val="00DE48B0"/>
    <w:rsid w:val="00DE6DD2"/>
    <w:rsid w:val="00DF3ADF"/>
    <w:rsid w:val="00E30B6A"/>
    <w:rsid w:val="00E3179A"/>
    <w:rsid w:val="00E46425"/>
    <w:rsid w:val="00E51768"/>
    <w:rsid w:val="00E5290B"/>
    <w:rsid w:val="00E53D72"/>
    <w:rsid w:val="00E570FA"/>
    <w:rsid w:val="00E617D4"/>
    <w:rsid w:val="00E63483"/>
    <w:rsid w:val="00E63C30"/>
    <w:rsid w:val="00E779B6"/>
    <w:rsid w:val="00E938C7"/>
    <w:rsid w:val="00E93E7F"/>
    <w:rsid w:val="00EA3F50"/>
    <w:rsid w:val="00EA66D4"/>
    <w:rsid w:val="00EC16CD"/>
    <w:rsid w:val="00EC2ED6"/>
    <w:rsid w:val="00EC62E0"/>
    <w:rsid w:val="00F166E8"/>
    <w:rsid w:val="00F52875"/>
    <w:rsid w:val="00F66F61"/>
    <w:rsid w:val="00F7189A"/>
    <w:rsid w:val="00F87839"/>
    <w:rsid w:val="00F930D3"/>
    <w:rsid w:val="00F96E1B"/>
    <w:rsid w:val="00FB7B21"/>
    <w:rsid w:val="00FC00E3"/>
    <w:rsid w:val="00FC6529"/>
    <w:rsid w:val="00FC693F"/>
    <w:rsid w:val="00FD1B26"/>
    <w:rsid w:val="00FF46D6"/>
    <w:rsid w:val="014DA9D2"/>
    <w:rsid w:val="026ED96A"/>
    <w:rsid w:val="07C2F1FC"/>
    <w:rsid w:val="080331FF"/>
    <w:rsid w:val="08834A7A"/>
    <w:rsid w:val="0895232C"/>
    <w:rsid w:val="08C75156"/>
    <w:rsid w:val="098FFBF9"/>
    <w:rsid w:val="0C3E64C3"/>
    <w:rsid w:val="0D3B2BB5"/>
    <w:rsid w:val="0D4FF397"/>
    <w:rsid w:val="0EF935F6"/>
    <w:rsid w:val="0F02B41B"/>
    <w:rsid w:val="0F06F839"/>
    <w:rsid w:val="111E5054"/>
    <w:rsid w:val="11F5CFC8"/>
    <w:rsid w:val="12C9A621"/>
    <w:rsid w:val="136359D5"/>
    <w:rsid w:val="1399E0AA"/>
    <w:rsid w:val="148ACA14"/>
    <w:rsid w:val="14ACA14E"/>
    <w:rsid w:val="14B8B857"/>
    <w:rsid w:val="15AE3D41"/>
    <w:rsid w:val="15CB1A7D"/>
    <w:rsid w:val="16076B69"/>
    <w:rsid w:val="17B12C26"/>
    <w:rsid w:val="197296FB"/>
    <w:rsid w:val="1A077BC3"/>
    <w:rsid w:val="1A4C041E"/>
    <w:rsid w:val="1AFC26F2"/>
    <w:rsid w:val="1BBD41BF"/>
    <w:rsid w:val="1C2D4C5C"/>
    <w:rsid w:val="1E1F2EF8"/>
    <w:rsid w:val="1E4DD849"/>
    <w:rsid w:val="1E85014A"/>
    <w:rsid w:val="1EA97D71"/>
    <w:rsid w:val="1FA41F68"/>
    <w:rsid w:val="1FA9C26B"/>
    <w:rsid w:val="21641A9D"/>
    <w:rsid w:val="22343D36"/>
    <w:rsid w:val="235E4510"/>
    <w:rsid w:val="236A4591"/>
    <w:rsid w:val="2406B642"/>
    <w:rsid w:val="246BF894"/>
    <w:rsid w:val="2470A5A5"/>
    <w:rsid w:val="269B935B"/>
    <w:rsid w:val="274DB3B9"/>
    <w:rsid w:val="28E88A02"/>
    <w:rsid w:val="2914E8A2"/>
    <w:rsid w:val="2A347CE7"/>
    <w:rsid w:val="2A5174D9"/>
    <w:rsid w:val="2AEF92ED"/>
    <w:rsid w:val="2B266B45"/>
    <w:rsid w:val="2B74ECFE"/>
    <w:rsid w:val="2B8122B7"/>
    <w:rsid w:val="2BAC4B09"/>
    <w:rsid w:val="2BE8363C"/>
    <w:rsid w:val="2D81D251"/>
    <w:rsid w:val="2EAC9B0A"/>
    <w:rsid w:val="2F563145"/>
    <w:rsid w:val="2FB097B4"/>
    <w:rsid w:val="3049F18F"/>
    <w:rsid w:val="33C6E9BF"/>
    <w:rsid w:val="33FFDE50"/>
    <w:rsid w:val="34247B9E"/>
    <w:rsid w:val="34EDE7EF"/>
    <w:rsid w:val="3566F494"/>
    <w:rsid w:val="38127063"/>
    <w:rsid w:val="38363D9D"/>
    <w:rsid w:val="388AB995"/>
    <w:rsid w:val="397162B5"/>
    <w:rsid w:val="3A7A72CB"/>
    <w:rsid w:val="3A834C8E"/>
    <w:rsid w:val="3AB1B1FC"/>
    <w:rsid w:val="3B2E9DDF"/>
    <w:rsid w:val="3C2E6934"/>
    <w:rsid w:val="3C5C6E4E"/>
    <w:rsid w:val="3C93A624"/>
    <w:rsid w:val="3CDE6D4A"/>
    <w:rsid w:val="3D7E0BA7"/>
    <w:rsid w:val="3E58F000"/>
    <w:rsid w:val="3F0F5798"/>
    <w:rsid w:val="3F415ED7"/>
    <w:rsid w:val="3FC02D7F"/>
    <w:rsid w:val="405B3E81"/>
    <w:rsid w:val="4247A2FC"/>
    <w:rsid w:val="431FA399"/>
    <w:rsid w:val="43239424"/>
    <w:rsid w:val="43845C01"/>
    <w:rsid w:val="439EDED5"/>
    <w:rsid w:val="45190C69"/>
    <w:rsid w:val="4629B6E3"/>
    <w:rsid w:val="4644695C"/>
    <w:rsid w:val="468E1E2D"/>
    <w:rsid w:val="46CD9EAC"/>
    <w:rsid w:val="495363A0"/>
    <w:rsid w:val="4A5372BE"/>
    <w:rsid w:val="4B9A6BAB"/>
    <w:rsid w:val="4C9D20C0"/>
    <w:rsid w:val="4D989624"/>
    <w:rsid w:val="4DD7F603"/>
    <w:rsid w:val="4E75E5F2"/>
    <w:rsid w:val="50484D1E"/>
    <w:rsid w:val="50AAD7AE"/>
    <w:rsid w:val="50D0F199"/>
    <w:rsid w:val="5172CFFC"/>
    <w:rsid w:val="521BF940"/>
    <w:rsid w:val="535A1F01"/>
    <w:rsid w:val="53E7CED3"/>
    <w:rsid w:val="5694CC0E"/>
    <w:rsid w:val="57B58CAB"/>
    <w:rsid w:val="5900E210"/>
    <w:rsid w:val="5906C3EA"/>
    <w:rsid w:val="5AA59558"/>
    <w:rsid w:val="5BE27D45"/>
    <w:rsid w:val="5C118F87"/>
    <w:rsid w:val="5CA8A90E"/>
    <w:rsid w:val="5DB808CD"/>
    <w:rsid w:val="5F8204D2"/>
    <w:rsid w:val="6117F597"/>
    <w:rsid w:val="61EF7D8B"/>
    <w:rsid w:val="624037D7"/>
    <w:rsid w:val="62B3C606"/>
    <w:rsid w:val="62CC8C6A"/>
    <w:rsid w:val="63D2E6AC"/>
    <w:rsid w:val="64585A9E"/>
    <w:rsid w:val="68175D86"/>
    <w:rsid w:val="68263DFF"/>
    <w:rsid w:val="6827D107"/>
    <w:rsid w:val="68D3BF4D"/>
    <w:rsid w:val="68EFEA61"/>
    <w:rsid w:val="6A26C46D"/>
    <w:rsid w:val="6CDF5912"/>
    <w:rsid w:val="6D158CEF"/>
    <w:rsid w:val="6F73A768"/>
    <w:rsid w:val="6F9F410C"/>
    <w:rsid w:val="70448679"/>
    <w:rsid w:val="715932DF"/>
    <w:rsid w:val="717E5317"/>
    <w:rsid w:val="71E886EF"/>
    <w:rsid w:val="734817E4"/>
    <w:rsid w:val="75002541"/>
    <w:rsid w:val="75EBE451"/>
    <w:rsid w:val="75FDFF53"/>
    <w:rsid w:val="76771C3B"/>
    <w:rsid w:val="781C5C6B"/>
    <w:rsid w:val="78A00D78"/>
    <w:rsid w:val="78FD5821"/>
    <w:rsid w:val="79A2168D"/>
    <w:rsid w:val="7A8D121B"/>
    <w:rsid w:val="7A998AEA"/>
    <w:rsid w:val="7B0593A1"/>
    <w:rsid w:val="7D297868"/>
    <w:rsid w:val="7EE07FA4"/>
    <w:rsid w:val="7FFA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1F3679"/>
  <w14:defaultImageDpi w14:val="300"/>
  <w15:docId w15:val="{82594EDD-0A5F-4ED8-A3C1-6BBF8DBA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A29BC"/>
    <w:pPr>
      <w:spacing w:line="240" w:lineRule="auto"/>
    </w:pPr>
    <w:rPr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9767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A3F0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b/>
      <w:caps/>
      <w:spacing w:val="15"/>
      <w:sz w:val="28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D97673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97673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97673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97673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97673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9767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9767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D97673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D97673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Pealkiri2Mrk">
    <w:name w:val="Pealkiri 2 Märk"/>
    <w:basedOn w:val="Liguvaikefont"/>
    <w:link w:val="Pealkiri2"/>
    <w:uiPriority w:val="9"/>
    <w:rsid w:val="005A3F02"/>
    <w:rPr>
      <w:b/>
      <w:caps/>
      <w:spacing w:val="15"/>
      <w:sz w:val="28"/>
      <w:shd w:val="clear" w:color="auto" w:fill="DBE5F1" w:themeFill="accent1" w:themeFillTint="33"/>
    </w:rPr>
  </w:style>
  <w:style w:type="character" w:customStyle="1" w:styleId="Pealkiri3Mrk">
    <w:name w:val="Pealkiri 3 Märk"/>
    <w:basedOn w:val="Liguvaikefont"/>
    <w:link w:val="Pealkiri3"/>
    <w:uiPriority w:val="9"/>
    <w:rsid w:val="00D97673"/>
    <w:rPr>
      <w:caps/>
      <w:color w:val="243F60" w:themeColor="accent1" w:themeShade="7F"/>
      <w:spacing w:val="15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97673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D97673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97673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apealkiriMrk">
    <w:name w:val="Alapealkiri Märk"/>
    <w:basedOn w:val="Liguvaikefont"/>
    <w:link w:val="Alapealkiri"/>
    <w:uiPriority w:val="11"/>
    <w:rsid w:val="00D97673"/>
    <w:rPr>
      <w:caps/>
      <w:color w:val="595959" w:themeColor="text1" w:themeTint="A6"/>
      <w:spacing w:val="10"/>
      <w:sz w:val="21"/>
      <w:szCs w:val="21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97673"/>
    <w:rPr>
      <w:i/>
      <w:iCs/>
      <w:szCs w:val="24"/>
    </w:rPr>
  </w:style>
  <w:style w:type="character" w:customStyle="1" w:styleId="TsitaatMrk">
    <w:name w:val="Tsitaat Märk"/>
    <w:basedOn w:val="Liguvaikefont"/>
    <w:link w:val="Tsitaat"/>
    <w:uiPriority w:val="29"/>
    <w:rsid w:val="00D97673"/>
    <w:rPr>
      <w:i/>
      <w:iCs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97673"/>
    <w:rPr>
      <w:caps/>
      <w:spacing w:val="10"/>
      <w:sz w:val="18"/>
      <w:szCs w:val="1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97673"/>
    <w:rPr>
      <w:i/>
      <w:iCs/>
      <w:caps/>
      <w:spacing w:val="10"/>
      <w:sz w:val="18"/>
      <w:szCs w:val="18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D97673"/>
    <w:rPr>
      <w:b/>
      <w:bCs/>
      <w:color w:val="365F91" w:themeColor="accent1" w:themeShade="BF"/>
      <w:sz w:val="16"/>
      <w:szCs w:val="16"/>
    </w:rPr>
  </w:style>
  <w:style w:type="character" w:styleId="Tugev">
    <w:name w:val="Strong"/>
    <w:uiPriority w:val="22"/>
    <w:qFormat/>
    <w:rsid w:val="00D97673"/>
    <w:rPr>
      <w:b/>
      <w:bCs/>
    </w:rPr>
  </w:style>
  <w:style w:type="character" w:styleId="Rhutus">
    <w:name w:val="Emphasis"/>
    <w:uiPriority w:val="20"/>
    <w:qFormat/>
    <w:rsid w:val="00D97673"/>
    <w:rPr>
      <w:caps/>
      <w:color w:val="243F60" w:themeColor="accent1" w:themeShade="7F"/>
      <w:spacing w:val="5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97673"/>
    <w:pPr>
      <w:spacing w:before="240" w:after="240"/>
      <w:ind w:left="1080" w:right="1080"/>
      <w:jc w:val="center"/>
    </w:pPr>
    <w:rPr>
      <w:color w:val="4F81BD" w:themeColor="accent1"/>
      <w:szCs w:val="24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97673"/>
    <w:rPr>
      <w:color w:val="4F81BD" w:themeColor="accent1"/>
      <w:sz w:val="24"/>
      <w:szCs w:val="24"/>
    </w:rPr>
  </w:style>
  <w:style w:type="character" w:styleId="Vaevumrgatavrhutus">
    <w:name w:val="Subtle Emphasis"/>
    <w:uiPriority w:val="19"/>
    <w:qFormat/>
    <w:rsid w:val="00D97673"/>
    <w:rPr>
      <w:i/>
      <w:iCs/>
      <w:color w:val="243F60" w:themeColor="accent1" w:themeShade="7F"/>
    </w:rPr>
  </w:style>
  <w:style w:type="character" w:styleId="Selgeltmrgatavrhutus">
    <w:name w:val="Intense Emphasis"/>
    <w:uiPriority w:val="21"/>
    <w:qFormat/>
    <w:rsid w:val="00D97673"/>
    <w:rPr>
      <w:b/>
      <w:bCs/>
      <w:caps/>
      <w:color w:val="243F60" w:themeColor="accent1" w:themeShade="7F"/>
      <w:spacing w:val="10"/>
    </w:rPr>
  </w:style>
  <w:style w:type="character" w:styleId="Vaevumrgatavviide">
    <w:name w:val="Subtle Reference"/>
    <w:uiPriority w:val="31"/>
    <w:qFormat/>
    <w:rsid w:val="00D97673"/>
    <w:rPr>
      <w:b/>
      <w:bCs/>
      <w:color w:val="4F81BD" w:themeColor="accent1"/>
    </w:rPr>
  </w:style>
  <w:style w:type="character" w:styleId="Selgeltmrgatavviide">
    <w:name w:val="Intense Reference"/>
    <w:uiPriority w:val="32"/>
    <w:qFormat/>
    <w:rsid w:val="00D97673"/>
    <w:rPr>
      <w:b/>
      <w:bCs/>
      <w:i/>
      <w:iCs/>
      <w:caps/>
      <w:color w:val="4F81BD" w:themeColor="accent1"/>
    </w:rPr>
  </w:style>
  <w:style w:type="character" w:styleId="Raamatupealkiri">
    <w:name w:val="Book Title"/>
    <w:uiPriority w:val="33"/>
    <w:qFormat/>
    <w:rsid w:val="00D97673"/>
    <w:rPr>
      <w:b/>
      <w:bCs/>
      <w:i/>
      <w:iCs/>
      <w:spacing w:val="0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D97673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hatitetekst">
    <w:name w:val="Placeholder Text"/>
    <w:basedOn w:val="Liguvaikefont"/>
    <w:uiPriority w:val="99"/>
    <w:semiHidden/>
    <w:rsid w:val="00D97673"/>
    <w:rPr>
      <w:color w:val="666666"/>
    </w:rPr>
  </w:style>
  <w:style w:type="character" w:styleId="Hperlink">
    <w:name w:val="Hyperlink"/>
    <w:basedOn w:val="Liguvaikefont"/>
    <w:uiPriority w:val="99"/>
    <w:unhideWhenUsed/>
    <w:rsid w:val="00201114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201114"/>
    <w:rPr>
      <w:color w:val="605E5C"/>
      <w:shd w:val="clear" w:color="auto" w:fill="E1DFDD"/>
    </w:rPr>
  </w:style>
  <w:style w:type="character" w:customStyle="1" w:styleId="Laad1">
    <w:name w:val="Laad1"/>
    <w:basedOn w:val="Liguvaikefont"/>
    <w:uiPriority w:val="1"/>
    <w:rsid w:val="004E7741"/>
    <w:rPr>
      <w:rFonts w:asciiTheme="minorHAnsi" w:hAnsiTheme="minorHAnsi"/>
      <w:i/>
      <w:color w:val="0070C0"/>
      <w:sz w:val="24"/>
    </w:rPr>
  </w:style>
  <w:style w:type="paragraph" w:styleId="Kommentaaritekst">
    <w:name w:val="annotation text"/>
    <w:basedOn w:val="Normaallaad"/>
    <w:link w:val="KommentaaritekstMrk"/>
    <w:uiPriority w:val="99"/>
    <w:unhideWhenUsed/>
    <w:rPr>
      <w:sz w:val="20"/>
    </w:rPr>
  </w:style>
  <w:style w:type="character" w:customStyle="1" w:styleId="KommentaaritekstMrk">
    <w:name w:val="Kommentaari tekst Märk"/>
    <w:basedOn w:val="Liguvaikefont"/>
    <w:link w:val="Kommentaaritekst"/>
    <w:uiPriority w:val="99"/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Redaktsioon">
    <w:name w:val="Revision"/>
    <w:hidden/>
    <w:uiPriority w:val="99"/>
    <w:semiHidden/>
    <w:rsid w:val="00055C7D"/>
    <w:pPr>
      <w:spacing w:before="0" w:after="0" w:line="240" w:lineRule="auto"/>
    </w:pPr>
    <w:rPr>
      <w:sz w:val="24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C00E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C00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ee/en/content/equal-treatment-support-person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t.ee/en/counselling-cent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t.ee/en/content/research-integrity-counsellors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95FB83795340EDB7671E34D9D146F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597756-12ED-4580-B4C3-8B2AD886305D}"/>
      </w:docPartPr>
      <w:docPartBody>
        <w:p w:rsidR="00A175AF" w:rsidRDefault="0035073F" w:rsidP="0035073F">
          <w:pPr>
            <w:pStyle w:val="6795FB83795340EDB7671E34D9D146F7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 here to enter text.</w:t>
          </w:r>
        </w:p>
      </w:docPartBody>
    </w:docPart>
    <w:docPart>
      <w:docPartPr>
        <w:name w:val="1323BBBC579A482183AB66C468A5898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AA330D6-111B-479B-B162-0AA760EA1492}"/>
      </w:docPartPr>
      <w:docPartBody>
        <w:p w:rsidR="00E24C0F" w:rsidRDefault="0035073F" w:rsidP="0035073F">
          <w:pPr>
            <w:pStyle w:val="1323BBBC579A482183AB66C468A58983"/>
          </w:pPr>
          <w:r w:rsidRPr="45190C69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97760A662A714167B4435C79D809B5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C12486C-9AFE-4628-8966-78600BDAE7FB}"/>
      </w:docPartPr>
      <w:docPartBody>
        <w:p w:rsidR="00E24C0F" w:rsidRDefault="0035073F" w:rsidP="0035073F">
          <w:pPr>
            <w:pStyle w:val="97760A662A714167B4435C79D809B58F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C060FBFA89F8469DBCCDE08A9F3FD9D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26E99E-EEE7-4AE5-BF22-610BFC458BEC}"/>
      </w:docPartPr>
      <w:docPartBody>
        <w:p w:rsidR="00E24C0F" w:rsidRDefault="0035073F" w:rsidP="0035073F">
          <w:pPr>
            <w:pStyle w:val="C060FBFA89F8469DBCCDE08A9F3FD9DB"/>
          </w:pPr>
          <w:r w:rsidRPr="005818E7">
            <w:rPr>
              <w:b/>
              <w:bCs/>
              <w:i/>
              <w:iCs/>
              <w:color w:val="156082" w:themeColor="accent1"/>
              <w:szCs w:val="24"/>
              <w:lang w:val="et-EE"/>
            </w:rPr>
            <w:t>Click here to enter text.</w:t>
          </w:r>
        </w:p>
      </w:docPartBody>
    </w:docPart>
    <w:docPart>
      <w:docPartPr>
        <w:name w:val="4D257E2768B040868AA91252C64E610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8E827E0-ABB5-4532-A450-804E486C9A7C}"/>
      </w:docPartPr>
      <w:docPartBody>
        <w:p w:rsidR="00E24C0F" w:rsidRDefault="0035073F" w:rsidP="0035073F">
          <w:pPr>
            <w:pStyle w:val="4D257E2768B040868AA91252C64E6105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6752AC9EC6204B1FB00C4C98C3BB512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C175D21-77B8-428F-9B0A-AA3C8370B02E}"/>
      </w:docPartPr>
      <w:docPartBody>
        <w:p w:rsidR="00E24C0F" w:rsidRDefault="0035073F" w:rsidP="0035073F">
          <w:pPr>
            <w:pStyle w:val="6752AC9EC6204B1FB00C4C98C3BB5126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F56BE96B711E462A864389A19682DCC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95E9B13-8ADC-41F3-AF1F-5F71E019DB72}"/>
      </w:docPartPr>
      <w:docPartBody>
        <w:p w:rsidR="00E24C0F" w:rsidRDefault="0035073F" w:rsidP="0035073F">
          <w:pPr>
            <w:pStyle w:val="F56BE96B711E462A864389A19682DCC3"/>
          </w:pPr>
          <w:r w:rsidRPr="00BB47CF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E25E75D598E84304AC656210AA31CE9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17159F6-9F41-46C7-B475-1F134202CB99}"/>
      </w:docPartPr>
      <w:docPartBody>
        <w:p w:rsidR="00E24C0F" w:rsidRDefault="0035073F" w:rsidP="0035073F">
          <w:pPr>
            <w:pStyle w:val="E25E75D598E84304AC656210AA31CE9C"/>
          </w:pPr>
          <w:r w:rsidRPr="00BB47CF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9859A7D80BAB4E59952FF68B02FDE1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3A0D242-A497-43F4-8DAF-147D5A991D84}"/>
      </w:docPartPr>
      <w:docPartBody>
        <w:p w:rsidR="00E24C0F" w:rsidRDefault="0035073F" w:rsidP="0035073F">
          <w:pPr>
            <w:pStyle w:val="9859A7D80BAB4E59952FF68B02FDE142"/>
          </w:pPr>
          <w:r w:rsidRPr="00BB47CF">
            <w:rPr>
              <w:i/>
              <w:iCs/>
              <w:color w:val="4F80BD"/>
              <w:lang w:val="et-EE"/>
            </w:rPr>
            <w:t>Click here to enter text.</w:t>
          </w:r>
        </w:p>
      </w:docPartBody>
    </w:docPart>
    <w:docPart>
      <w:docPartPr>
        <w:name w:val="F0E9CBBF810D4244B446D14FED4D424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313F196-2F40-49F0-BABA-878F5AFB5427}"/>
      </w:docPartPr>
      <w:docPartBody>
        <w:p w:rsidR="00E24C0F" w:rsidRDefault="0035073F" w:rsidP="0035073F">
          <w:pPr>
            <w:pStyle w:val="F0E9CBBF810D4244B446D14FED4D424F"/>
          </w:pPr>
          <w:r w:rsidRPr="00770A91">
            <w:rPr>
              <w:i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57FF3544D1A44568A47A88FBB4F4DB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6BC884-8D2F-42F5-BCE7-652E4A96A6DD}"/>
      </w:docPartPr>
      <w:docPartBody>
        <w:p w:rsidR="00E24C0F" w:rsidRDefault="0035073F" w:rsidP="0035073F">
          <w:pPr>
            <w:pStyle w:val="57FF3544D1A44568A47A88FBB4F4DB4A"/>
          </w:pPr>
          <w:r w:rsidRPr="5694CC0E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8F0497F3604F4760A37A8D25F05F5B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AE4298D-BA0C-4CAC-A22E-D52FA5CF78F3}"/>
      </w:docPartPr>
      <w:docPartBody>
        <w:p w:rsidR="00E24C0F" w:rsidRDefault="0035073F" w:rsidP="0035073F">
          <w:pPr>
            <w:pStyle w:val="8F0497F3604F4760A37A8D25F05F5B74"/>
          </w:pPr>
          <w:r w:rsidRPr="45190C69">
            <w:rPr>
              <w:i/>
              <w:iCs/>
              <w:color w:val="4F80BD"/>
              <w:lang w:val="et-EE"/>
            </w:rPr>
            <w:t>Click here to enter text.</w:t>
          </w:r>
        </w:p>
      </w:docPartBody>
    </w:docPart>
    <w:docPart>
      <w:docPartPr>
        <w:name w:val="7030BD9AF8BC472E99586AB2D862478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E78C85C-E5A5-421C-91AF-37E16F106406}"/>
      </w:docPartPr>
      <w:docPartBody>
        <w:p w:rsidR="00E24C0F" w:rsidRDefault="0035073F" w:rsidP="0035073F">
          <w:pPr>
            <w:pStyle w:val="7030BD9AF8BC472E99586AB2D8624780"/>
          </w:pPr>
          <w:r w:rsidRPr="45190C69">
            <w:rPr>
              <w:i/>
              <w:iCs/>
              <w:color w:val="4F80BD"/>
              <w:lang w:val="et-EE"/>
            </w:rPr>
            <w:t>Click here to enter text.</w:t>
          </w:r>
        </w:p>
      </w:docPartBody>
    </w:docPart>
    <w:docPart>
      <w:docPartPr>
        <w:name w:val="A2D459BC881447818D79AFD29BAA49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F4280AB-ED3C-45D8-9436-BF25477CF8D0}"/>
      </w:docPartPr>
      <w:docPartBody>
        <w:p w:rsidR="00E24C0F" w:rsidRDefault="0035073F" w:rsidP="0035073F">
          <w:pPr>
            <w:pStyle w:val="A2D459BC881447818D79AFD29BAA49B5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F2B765F33B39423DB1F00EB41F1B7AB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7897EB7-DA4B-41D8-B1DE-92D485B3F89C}"/>
      </w:docPartPr>
      <w:docPartBody>
        <w:p w:rsidR="00E24C0F" w:rsidRDefault="0035073F" w:rsidP="0035073F">
          <w:pPr>
            <w:pStyle w:val="F2B765F33B39423DB1F00EB41F1B7ABA"/>
          </w:pPr>
          <w:r w:rsidRPr="5694CC0E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4A1B1012756C4C0997FB137943EC7D7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CC45C04-FF81-4D6E-AA15-9B77CD58C21E}"/>
      </w:docPartPr>
      <w:docPartBody>
        <w:p w:rsidR="00E24C0F" w:rsidRDefault="0035073F" w:rsidP="0035073F">
          <w:pPr>
            <w:pStyle w:val="4A1B1012756C4C0997FB137943EC7D76"/>
          </w:pPr>
          <w:r w:rsidRPr="5694CC0E">
            <w:rPr>
              <w:i/>
              <w:iCs/>
              <w:color w:val="156082" w:themeColor="accent1"/>
              <w:lang w:val="et-EE"/>
            </w:rPr>
            <w:t>Click here to enter text.</w:t>
          </w:r>
        </w:p>
      </w:docPartBody>
    </w:docPart>
    <w:docPart>
      <w:docPartPr>
        <w:name w:val="06726A8E0A78444FB5C77BABA5FD4B9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F84918A-4F9F-4635-B0B5-40DA75F4D3A7}"/>
      </w:docPartPr>
      <w:docPartBody>
        <w:p w:rsidR="00E24C0F" w:rsidRDefault="0035073F" w:rsidP="0035073F">
          <w:pPr>
            <w:pStyle w:val="06726A8E0A78444FB5C77BABA5FD4B9A"/>
          </w:pPr>
          <w:r w:rsidRPr="45190C69">
            <w:rPr>
              <w:i/>
              <w:iCs/>
              <w:color w:val="4F80BD"/>
              <w:lang w:val="et-EE"/>
            </w:rPr>
            <w:t>Click here to enter text.</w:t>
          </w:r>
        </w:p>
      </w:docPartBody>
    </w:docPart>
    <w:docPart>
      <w:docPartPr>
        <w:name w:val="12326C91DE5840C798AC2E1E679E3D1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A50152C-077E-467E-814B-A036E223D7DF}"/>
      </w:docPartPr>
      <w:docPartBody>
        <w:p w:rsidR="00E24C0F" w:rsidRDefault="0035073F" w:rsidP="0035073F">
          <w:pPr>
            <w:pStyle w:val="12326C91DE5840C798AC2E1E679E3D15"/>
          </w:pPr>
          <w:r w:rsidRPr="3F0F5798">
            <w:rPr>
              <w:i/>
              <w:iCs/>
              <w:color w:val="4F80BD"/>
              <w:lang w:val="et-EE"/>
            </w:rPr>
            <w:t>Click here to enter text.</w:t>
          </w:r>
        </w:p>
      </w:docPartBody>
    </w:docPart>
    <w:docPart>
      <w:docPartPr>
        <w:name w:val="AB22C5814F65483DB29C09DFCB222E1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7EE8FE2-F3B0-4682-BFB8-296EC21445F7}"/>
      </w:docPartPr>
      <w:docPartBody>
        <w:p w:rsidR="00E24C0F" w:rsidRDefault="0035073F" w:rsidP="0035073F">
          <w:pPr>
            <w:pStyle w:val="AB22C5814F65483DB29C09DFCB222E1F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A31C4DEBF9CB466ABD2E7AF80D7ACDF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B3F1EE-E88F-4373-9924-F33E7CA067B2}"/>
      </w:docPartPr>
      <w:docPartBody>
        <w:p w:rsidR="00E24C0F" w:rsidRDefault="0035073F" w:rsidP="0035073F">
          <w:pPr>
            <w:pStyle w:val="A31C4DEBF9CB466ABD2E7AF80D7ACDFD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B76FCD9C7F9A4E379EE306EFB74023C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FAF0CAB-9B25-41DC-8801-F6ACE4E85E14}"/>
      </w:docPartPr>
      <w:docPartBody>
        <w:p w:rsidR="00E24C0F" w:rsidRDefault="0035073F" w:rsidP="0035073F">
          <w:pPr>
            <w:pStyle w:val="B76FCD9C7F9A4E379EE306EFB74023CC"/>
          </w:pPr>
          <w:r w:rsidRPr="004E7741">
            <w:rPr>
              <w:i/>
              <w:iCs/>
              <w:color w:val="156082" w:themeColor="accent1"/>
              <w:szCs w:val="24"/>
              <w:lang w:val="et-EE"/>
            </w:rPr>
            <w:t>Click</w:t>
          </w:r>
          <w:r>
            <w:rPr>
              <w:i/>
              <w:iCs/>
              <w:color w:val="156082" w:themeColor="accent1"/>
              <w:szCs w:val="24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szCs w:val="24"/>
              <w:lang w:val="et-EE"/>
            </w:rPr>
            <w:t>here to enter text.</w:t>
          </w:r>
        </w:p>
      </w:docPartBody>
    </w:docPart>
    <w:docPart>
      <w:docPartPr>
        <w:name w:val="5041CA0488EA4729BCF77A4136AE4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87C84-4971-4BCB-859E-E874DD97ACCF}"/>
      </w:docPartPr>
      <w:docPartBody>
        <w:p w:rsidR="00880B57" w:rsidRDefault="00880B57">
          <w:pPr>
            <w:pStyle w:val="5041CA0488EA4729BCF77A4136AE487E"/>
          </w:pPr>
          <w:r w:rsidRPr="004E7741">
            <w:rPr>
              <w:i/>
              <w:iCs/>
              <w:color w:val="156082" w:themeColor="accent1"/>
              <w:lang w:val="et-EE"/>
            </w:rPr>
            <w:t>Click</w:t>
          </w:r>
          <w:r>
            <w:rPr>
              <w:i/>
              <w:iCs/>
              <w:color w:val="156082" w:themeColor="accent1"/>
              <w:lang w:val="et-EE"/>
            </w:rPr>
            <w:t xml:space="preserve"> </w:t>
          </w:r>
          <w:r w:rsidRPr="004E7741">
            <w:rPr>
              <w:i/>
              <w:iCs/>
              <w:color w:val="156082" w:themeColor="accent1"/>
              <w:lang w:val="et-EE"/>
            </w:rPr>
            <w:t>here to enter text.</w:t>
          </w:r>
        </w:p>
      </w:docPartBody>
    </w:docPart>
    <w:docPart>
      <w:docPartPr>
        <w:name w:val="4E286EA58512467EB5423C7FD11008F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B9E9DF6-9A7F-46DF-A9FC-D37C202398F1}"/>
      </w:docPartPr>
      <w:docPartBody>
        <w:p w:rsidR="002B6A98" w:rsidRDefault="00BB222A" w:rsidP="00BB222A">
          <w:pPr>
            <w:pStyle w:val="4E286EA58512467EB5423C7FD11008FE"/>
          </w:pPr>
          <w:r w:rsidRPr="00770A91">
            <w:rPr>
              <w:i/>
              <w:color w:val="156082" w:themeColor="accent1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4C"/>
    <w:rsid w:val="00005B85"/>
    <w:rsid w:val="00025AA6"/>
    <w:rsid w:val="0005712A"/>
    <w:rsid w:val="001B5647"/>
    <w:rsid w:val="00211D80"/>
    <w:rsid w:val="002A7097"/>
    <w:rsid w:val="002B6A98"/>
    <w:rsid w:val="002D52EB"/>
    <w:rsid w:val="002E4E5D"/>
    <w:rsid w:val="0035073F"/>
    <w:rsid w:val="003C42A9"/>
    <w:rsid w:val="003F0CF6"/>
    <w:rsid w:val="00437200"/>
    <w:rsid w:val="00447251"/>
    <w:rsid w:val="00491382"/>
    <w:rsid w:val="004C2E06"/>
    <w:rsid w:val="004C4D71"/>
    <w:rsid w:val="004C5E9F"/>
    <w:rsid w:val="004F106F"/>
    <w:rsid w:val="005149F1"/>
    <w:rsid w:val="0056431E"/>
    <w:rsid w:val="00567CC3"/>
    <w:rsid w:val="00583164"/>
    <w:rsid w:val="005D1F5C"/>
    <w:rsid w:val="005E3178"/>
    <w:rsid w:val="006460FB"/>
    <w:rsid w:val="0066310D"/>
    <w:rsid w:val="0067041C"/>
    <w:rsid w:val="00680281"/>
    <w:rsid w:val="0078125D"/>
    <w:rsid w:val="008037D2"/>
    <w:rsid w:val="00880B57"/>
    <w:rsid w:val="009372C2"/>
    <w:rsid w:val="00A175AF"/>
    <w:rsid w:val="00A36442"/>
    <w:rsid w:val="00A404BE"/>
    <w:rsid w:val="00A6219B"/>
    <w:rsid w:val="00A779AC"/>
    <w:rsid w:val="00AA53E6"/>
    <w:rsid w:val="00AB268E"/>
    <w:rsid w:val="00AC6C45"/>
    <w:rsid w:val="00B019F1"/>
    <w:rsid w:val="00B56386"/>
    <w:rsid w:val="00BA0D89"/>
    <w:rsid w:val="00BB222A"/>
    <w:rsid w:val="00C521B1"/>
    <w:rsid w:val="00C87A39"/>
    <w:rsid w:val="00CB61B9"/>
    <w:rsid w:val="00D33CC4"/>
    <w:rsid w:val="00D54D2C"/>
    <w:rsid w:val="00DC79B7"/>
    <w:rsid w:val="00E035D4"/>
    <w:rsid w:val="00E24C0F"/>
    <w:rsid w:val="00EA66D4"/>
    <w:rsid w:val="00F11E4C"/>
    <w:rsid w:val="00F5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BA2B0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5073F"/>
    <w:rPr>
      <w:color w:val="666666"/>
    </w:rPr>
  </w:style>
  <w:style w:type="paragraph" w:customStyle="1" w:styleId="4E286EA58512467EB5423C7FD11008FE">
    <w:name w:val="4E286EA58512467EB5423C7FD11008FE"/>
    <w:rsid w:val="00BB222A"/>
  </w:style>
  <w:style w:type="paragraph" w:customStyle="1" w:styleId="5041CA0488EA4729BCF77A4136AE487E">
    <w:name w:val="5041CA0488EA4729BCF77A4136AE487E"/>
    <w:rPr>
      <w:lang w:val="en-US" w:eastAsia="ja-JP"/>
    </w:rPr>
  </w:style>
  <w:style w:type="paragraph" w:customStyle="1" w:styleId="6795FB83795340EDB7671E34D9D146F7">
    <w:name w:val="6795FB83795340EDB7671E34D9D146F7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1323BBBC579A482183AB66C468A58983">
    <w:name w:val="1323BBBC579A482183AB66C468A58983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97760A662A714167B4435C79D809B58F">
    <w:name w:val="97760A662A714167B4435C79D809B58F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F56BE96B711E462A864389A19682DCC3">
    <w:name w:val="F56BE96B711E462A864389A19682DCC3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E25E75D598E84304AC656210AA31CE9C">
    <w:name w:val="E25E75D598E84304AC656210AA31CE9C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9859A7D80BAB4E59952FF68B02FDE142">
    <w:name w:val="9859A7D80BAB4E59952FF68B02FDE142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F0E9CBBF810D4244B446D14FED4D424F">
    <w:name w:val="F0E9CBBF810D4244B446D14FED4D424F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C060FBFA89F8469DBCCDE08A9F3FD9DB">
    <w:name w:val="C060FBFA89F8469DBCCDE08A9F3FD9DB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4D257E2768B040868AA91252C64E6105">
    <w:name w:val="4D257E2768B040868AA91252C64E6105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6752AC9EC6204B1FB00C4C98C3BB5126">
    <w:name w:val="6752AC9EC6204B1FB00C4C98C3BB5126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57FF3544D1A44568A47A88FBB4F4DB4A">
    <w:name w:val="57FF3544D1A44568A47A88FBB4F4DB4A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8F0497F3604F4760A37A8D25F05F5B74">
    <w:name w:val="8F0497F3604F4760A37A8D25F05F5B74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7030BD9AF8BC472E99586AB2D8624780">
    <w:name w:val="7030BD9AF8BC472E99586AB2D8624780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A2D459BC881447818D79AFD29BAA49B5">
    <w:name w:val="A2D459BC881447818D79AFD29BAA49B5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F2B765F33B39423DB1F00EB41F1B7ABA">
    <w:name w:val="F2B765F33B39423DB1F00EB41F1B7ABA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4A1B1012756C4C0997FB137943EC7D76">
    <w:name w:val="4A1B1012756C4C0997FB137943EC7D76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06726A8E0A78444FB5C77BABA5FD4B9A">
    <w:name w:val="06726A8E0A78444FB5C77BABA5FD4B9A"/>
    <w:rsid w:val="0035073F"/>
    <w:pPr>
      <w:spacing w:before="100" w:after="200" w:line="240" w:lineRule="auto"/>
      <w:ind w:left="720"/>
      <w:contextualSpacing/>
    </w:pPr>
    <w:rPr>
      <w:kern w:val="0"/>
      <w:szCs w:val="20"/>
      <w:lang w:val="en-US" w:eastAsia="en-US"/>
      <w14:ligatures w14:val="none"/>
    </w:rPr>
  </w:style>
  <w:style w:type="paragraph" w:customStyle="1" w:styleId="12326C91DE5840C798AC2E1E679E3D15">
    <w:name w:val="12326C91DE5840C798AC2E1E679E3D15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AB22C5814F65483DB29C09DFCB222E1F">
    <w:name w:val="AB22C5814F65483DB29C09DFCB222E1F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A31C4DEBF9CB466ABD2E7AF80D7ACDFD">
    <w:name w:val="A31C4DEBF9CB466ABD2E7AF80D7ACDFD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B76FCD9C7F9A4E379EE306EFB74023CC">
    <w:name w:val="B76FCD9C7F9A4E379EE306EFB74023CC"/>
    <w:rsid w:val="0035073F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810</Words>
  <Characters>4700</Characters>
  <Application>Microsoft Office Word</Application>
  <DocSecurity>0</DocSecurity>
  <Lines>39</Lines>
  <Paragraphs>10</Paragraphs>
  <ScaleCrop>false</ScaleCrop>
  <Manager/>
  <Company/>
  <LinksUpToDate>false</LinksUpToDate>
  <CharactersWithSpaces>5500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Eveliis Padar</dc:creator>
  <cp:keywords/>
  <dc:description>generated by python-docx</dc:description>
  <cp:lastModifiedBy>Eveliis Padar</cp:lastModifiedBy>
  <cp:revision>129</cp:revision>
  <cp:lastPrinted>2026-05-15T04:20:00Z</cp:lastPrinted>
  <dcterms:created xsi:type="dcterms:W3CDTF">2026-05-15T04:27:00Z</dcterms:created>
  <dcterms:modified xsi:type="dcterms:W3CDTF">2026-09-10T13:33:00Z</dcterms:modified>
  <cp:category/>
</cp:coreProperties>
</file>